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6B2C0" w14:textId="77777777" w:rsidR="00C46C38" w:rsidRPr="00416DEE" w:rsidRDefault="00000000">
      <w:pPr>
        <w:jc w:val="center"/>
        <w:rPr>
          <w:color w:val="000000" w:themeColor="text1"/>
        </w:rPr>
      </w:pPr>
      <w:r w:rsidRPr="00416DEE">
        <w:rPr>
          <w:b/>
          <w:color w:val="000000" w:themeColor="text1"/>
          <w:sz w:val="22"/>
        </w:rPr>
        <w:t>NRT Hot Topics: Agentic AI, 2026</w:t>
      </w:r>
    </w:p>
    <w:p w14:paraId="7974362E" w14:textId="77777777" w:rsidR="00C46C38" w:rsidRPr="00416DEE" w:rsidRDefault="00000000">
      <w:pPr>
        <w:jc w:val="center"/>
        <w:rPr>
          <w:color w:val="000000" w:themeColor="text1"/>
        </w:rPr>
      </w:pPr>
      <w:r w:rsidRPr="00416DEE">
        <w:rPr>
          <w:b/>
          <w:color w:val="000000" w:themeColor="text1"/>
          <w:sz w:val="44"/>
        </w:rPr>
        <w:t>Week 1 Tutorial: VS Code, Jupyter, and Claude Code</w:t>
      </w:r>
    </w:p>
    <w:p w14:paraId="7A4F7905" w14:textId="77777777" w:rsidR="00C46C38" w:rsidRPr="00416DEE" w:rsidRDefault="00000000">
      <w:pPr>
        <w:jc w:val="center"/>
        <w:rPr>
          <w:color w:val="000000" w:themeColor="text1"/>
        </w:rPr>
      </w:pPr>
      <w:r w:rsidRPr="00416DEE">
        <w:rPr>
          <w:i/>
          <w:color w:val="000000" w:themeColor="text1"/>
          <w:sz w:val="22"/>
        </w:rPr>
        <w:t>Hands-on setup and first coding workflow</w:t>
      </w:r>
    </w:p>
    <w:tbl>
      <w:tblPr>
        <w:tblW w:w="0" w:type="auto"/>
        <w:jc w:val="center"/>
        <w:tblLook w:val="04A0" w:firstRow="1" w:lastRow="0" w:firstColumn="1" w:lastColumn="0" w:noHBand="0" w:noVBand="1"/>
      </w:tblPr>
      <w:tblGrid>
        <w:gridCol w:w="10368"/>
      </w:tblGrid>
      <w:tr w:rsidR="00000000" w:rsidRPr="00416DEE" w14:paraId="71CF892A" w14:textId="77777777">
        <w:trPr>
          <w:cantSplit/>
          <w:jc w:val="center"/>
        </w:trPr>
        <w:tc>
          <w:tcPr>
            <w:tcW w:w="10368" w:type="dxa"/>
            <w:shd w:val="clear" w:color="auto" w:fill="EAF4EE"/>
            <w:tcMar>
              <w:top w:w="100" w:type="dxa"/>
              <w:left w:w="120" w:type="dxa"/>
              <w:bottom w:w="100" w:type="dxa"/>
              <w:right w:w="120" w:type="dxa"/>
            </w:tcMar>
          </w:tcPr>
          <w:p w14:paraId="55E2ADD3" w14:textId="77777777" w:rsidR="00C46C38" w:rsidRPr="00416DEE" w:rsidRDefault="00000000">
            <w:pPr>
              <w:spacing w:after="80"/>
              <w:rPr>
                <w:color w:val="000000" w:themeColor="text1"/>
              </w:rPr>
            </w:pPr>
            <w:r w:rsidRPr="00416DEE">
              <w:rPr>
                <w:b/>
                <w:color w:val="000000" w:themeColor="text1"/>
                <w:sz w:val="23"/>
              </w:rPr>
              <w:t>Goal for today</w:t>
            </w:r>
          </w:p>
          <w:p w14:paraId="74335EFA" w14:textId="77777777" w:rsidR="00C46C38" w:rsidRPr="00416DEE" w:rsidRDefault="00000000">
            <w:pPr>
              <w:spacing w:after="40"/>
              <w:rPr>
                <w:color w:val="000000" w:themeColor="text1"/>
              </w:rPr>
            </w:pPr>
            <w:r w:rsidRPr="00416DEE">
              <w:rPr>
                <w:color w:val="000000" w:themeColor="text1"/>
              </w:rPr>
              <w:t>Leave the session able to open a project folder in VS Code, run and debug Python locally, work with a Jupyter notebook, and use Claude Code to review or edit code when access is available.</w:t>
            </w:r>
          </w:p>
        </w:tc>
      </w:tr>
    </w:tbl>
    <w:p w14:paraId="41CE0320" w14:textId="77777777" w:rsidR="00C46C38" w:rsidRPr="00416DEE" w:rsidRDefault="00C46C38">
      <w:pPr>
        <w:spacing w:after="0"/>
        <w:rPr>
          <w:color w:val="000000" w:themeColor="text1"/>
        </w:rPr>
      </w:pPr>
    </w:p>
    <w:tbl>
      <w:tblPr>
        <w:tblW w:w="0" w:type="auto"/>
        <w:jc w:val="center"/>
        <w:tblLook w:val="04A0" w:firstRow="1" w:lastRow="0" w:firstColumn="1" w:lastColumn="0" w:noHBand="0" w:noVBand="1"/>
      </w:tblPr>
      <w:tblGrid>
        <w:gridCol w:w="10368"/>
      </w:tblGrid>
      <w:tr w:rsidR="00000000" w:rsidRPr="00416DEE" w14:paraId="421A74EE" w14:textId="77777777">
        <w:trPr>
          <w:cantSplit/>
          <w:jc w:val="center"/>
        </w:trPr>
        <w:tc>
          <w:tcPr>
            <w:tcW w:w="10368" w:type="dxa"/>
            <w:shd w:val="clear" w:color="auto" w:fill="EAF2F8"/>
            <w:tcMar>
              <w:top w:w="100" w:type="dxa"/>
              <w:left w:w="120" w:type="dxa"/>
              <w:bottom w:w="100" w:type="dxa"/>
              <w:right w:w="120" w:type="dxa"/>
            </w:tcMar>
          </w:tcPr>
          <w:p w14:paraId="175AA7A3" w14:textId="77777777" w:rsidR="00C46C38" w:rsidRPr="00416DEE" w:rsidRDefault="00000000">
            <w:pPr>
              <w:spacing w:after="80"/>
              <w:rPr>
                <w:color w:val="000000" w:themeColor="text1"/>
              </w:rPr>
            </w:pPr>
            <w:r w:rsidRPr="00416DEE">
              <w:rPr>
                <w:b/>
                <w:color w:val="000000" w:themeColor="text1"/>
                <w:sz w:val="23"/>
              </w:rPr>
              <w:t>By the end, you should be able to...</w:t>
            </w:r>
          </w:p>
          <w:p w14:paraId="0BDDD6DC" w14:textId="77777777" w:rsidR="00C46C38" w:rsidRPr="00416DEE" w:rsidRDefault="00000000">
            <w:pPr>
              <w:spacing w:after="40"/>
              <w:rPr>
                <w:color w:val="000000" w:themeColor="text1"/>
              </w:rPr>
            </w:pPr>
            <w:r w:rsidRPr="00416DEE">
              <w:rPr>
                <w:color w:val="000000" w:themeColor="text1"/>
              </w:rPr>
              <w:t>1. Open a project as a VS Code workspace.</w:t>
            </w:r>
          </w:p>
          <w:p w14:paraId="588863B4" w14:textId="77777777" w:rsidR="00C46C38" w:rsidRPr="00416DEE" w:rsidRDefault="00000000">
            <w:pPr>
              <w:spacing w:after="40"/>
              <w:rPr>
                <w:color w:val="000000" w:themeColor="text1"/>
              </w:rPr>
            </w:pPr>
            <w:r w:rsidRPr="00416DEE">
              <w:rPr>
                <w:color w:val="000000" w:themeColor="text1"/>
              </w:rPr>
              <w:t>2. Select the Python interpreter / notebook kernel you intend to use.</w:t>
            </w:r>
          </w:p>
          <w:p w14:paraId="0365C98F" w14:textId="77777777" w:rsidR="00C46C38" w:rsidRPr="00416DEE" w:rsidRDefault="00000000">
            <w:pPr>
              <w:spacing w:after="40"/>
              <w:rPr>
                <w:color w:val="000000" w:themeColor="text1"/>
              </w:rPr>
            </w:pPr>
            <w:r w:rsidRPr="00416DEE">
              <w:rPr>
                <w:color w:val="000000" w:themeColor="text1"/>
              </w:rPr>
              <w:t>3. Run a Python script and use a breakpoint.</w:t>
            </w:r>
          </w:p>
          <w:p w14:paraId="72F22C44" w14:textId="77777777" w:rsidR="00C46C38" w:rsidRPr="00416DEE" w:rsidRDefault="00000000">
            <w:pPr>
              <w:spacing w:after="40"/>
              <w:rPr>
                <w:color w:val="000000" w:themeColor="text1"/>
              </w:rPr>
            </w:pPr>
            <w:r w:rsidRPr="00416DEE">
              <w:rPr>
                <w:color w:val="000000" w:themeColor="text1"/>
              </w:rPr>
              <w:t>4. Run notebook cells inside VS Code.</w:t>
            </w:r>
          </w:p>
          <w:p w14:paraId="4F992B2E" w14:textId="77777777" w:rsidR="00C46C38" w:rsidRPr="00416DEE" w:rsidRDefault="00000000">
            <w:pPr>
              <w:spacing w:after="40"/>
              <w:rPr>
                <w:color w:val="000000" w:themeColor="text1"/>
              </w:rPr>
            </w:pPr>
            <w:r w:rsidRPr="00416DEE">
              <w:rPr>
                <w:color w:val="000000" w:themeColor="text1"/>
              </w:rPr>
              <w:t>5. Ask Claude Code to inspect code, propose a change, and verify the result yourself.</w:t>
            </w:r>
          </w:p>
        </w:tc>
      </w:tr>
    </w:tbl>
    <w:p w14:paraId="269D2778" w14:textId="77777777" w:rsidR="00C46C38" w:rsidRPr="00416DEE" w:rsidRDefault="00000000">
      <w:pPr>
        <w:pStyle w:val="Heading1"/>
        <w:rPr>
          <w:color w:val="000000" w:themeColor="text1"/>
        </w:rPr>
      </w:pPr>
      <w:r w:rsidRPr="00416DEE">
        <w:rPr>
          <w:color w:val="000000" w:themeColor="text1"/>
        </w:rPr>
        <w:t>Warm-up: Create your workspace</w:t>
      </w:r>
    </w:p>
    <w:p w14:paraId="75FFF69D" w14:textId="6B8EC4CA" w:rsidR="00C46C38" w:rsidRPr="0081559E" w:rsidRDefault="00000000">
      <w:pPr>
        <w:pStyle w:val="ListNumber"/>
        <w:spacing w:after="40"/>
        <w:rPr>
          <w:color w:val="000000" w:themeColor="text1"/>
          <w:szCs w:val="21"/>
        </w:rPr>
      </w:pPr>
      <w:r w:rsidRPr="00416DEE">
        <w:rPr>
          <w:color w:val="000000" w:themeColor="text1"/>
        </w:rPr>
        <w:t xml:space="preserve">Launch VS Code. If it is not installed, install it from the official VS </w:t>
      </w:r>
      <w:r w:rsidRPr="0081559E">
        <w:rPr>
          <w:color w:val="000000" w:themeColor="text1"/>
          <w:szCs w:val="21"/>
        </w:rPr>
        <w:t>Code site</w:t>
      </w:r>
      <w:r w:rsidR="0081559E" w:rsidRPr="0081559E">
        <w:rPr>
          <w:color w:val="000000" w:themeColor="text1"/>
          <w:szCs w:val="21"/>
          <w:lang w:eastAsia="zh-CN"/>
        </w:rPr>
        <w:t xml:space="preserve"> at </w:t>
      </w:r>
      <w:hyperlink r:id="rId8">
        <w:r w:rsidR="0081559E" w:rsidRPr="0081559E">
          <w:rPr>
            <w:rFonts w:eastAsia="EB Garamond" w:cs="Times New Roman"/>
            <w:color w:val="1155CC"/>
            <w:szCs w:val="21"/>
            <w:u w:val="single"/>
          </w:rPr>
          <w:t>official tutor</w:t>
        </w:r>
        <w:r w:rsidR="0081559E" w:rsidRPr="0081559E">
          <w:rPr>
            <w:rFonts w:eastAsia="EB Garamond" w:cs="Times New Roman"/>
            <w:color w:val="1155CC"/>
            <w:szCs w:val="21"/>
            <w:u w:val="single"/>
          </w:rPr>
          <w:t>i</w:t>
        </w:r>
        <w:r w:rsidR="0081559E" w:rsidRPr="0081559E">
          <w:rPr>
            <w:rFonts w:eastAsia="EB Garamond" w:cs="Times New Roman"/>
            <w:color w:val="1155CC"/>
            <w:szCs w:val="21"/>
            <w:u w:val="single"/>
          </w:rPr>
          <w:t>al</w:t>
        </w:r>
      </w:hyperlink>
      <w:r w:rsidRPr="0081559E">
        <w:rPr>
          <w:color w:val="000000" w:themeColor="text1"/>
          <w:szCs w:val="21"/>
        </w:rPr>
        <w:t>.</w:t>
      </w:r>
    </w:p>
    <w:p w14:paraId="77A4E4EF" w14:textId="16F1D747" w:rsidR="00C46C38" w:rsidRPr="00416DEE" w:rsidRDefault="00000000">
      <w:pPr>
        <w:pStyle w:val="ListNumber"/>
        <w:spacing w:after="40"/>
        <w:rPr>
          <w:color w:val="000000" w:themeColor="text1"/>
        </w:rPr>
      </w:pPr>
      <w:r w:rsidRPr="00416DEE">
        <w:rPr>
          <w:color w:val="000000" w:themeColor="text1"/>
        </w:rPr>
        <w:t xml:space="preserve">Create a folder named </w:t>
      </w:r>
      <w:r w:rsidR="00C34E28">
        <w:rPr>
          <w:color w:val="000000" w:themeColor="text1"/>
          <w:lang w:eastAsia="zh-CN"/>
        </w:rPr>
        <w:t>‘</w:t>
      </w:r>
      <w:proofErr w:type="spellStart"/>
      <w:r w:rsidRPr="00416DEE">
        <w:rPr>
          <w:color w:val="000000" w:themeColor="text1"/>
        </w:rPr>
        <w:t>NRTAgentLab</w:t>
      </w:r>
      <w:proofErr w:type="spellEnd"/>
      <w:r w:rsidR="00C34E28">
        <w:rPr>
          <w:color w:val="000000" w:themeColor="text1"/>
          <w:lang w:eastAsia="zh-CN"/>
        </w:rPr>
        <w:t>’</w:t>
      </w:r>
      <w:r w:rsidRPr="00416DEE">
        <w:rPr>
          <w:color w:val="000000" w:themeColor="text1"/>
        </w:rPr>
        <w:t xml:space="preserve"> on your Desktop.</w:t>
      </w:r>
      <w:r w:rsidR="00C34E28">
        <w:rPr>
          <w:rFonts w:hint="eastAsia"/>
          <w:color w:val="000000" w:themeColor="text1"/>
          <w:lang w:eastAsia="zh-CN"/>
        </w:rPr>
        <w:t xml:space="preserve"> If you love terminal, try following</w:t>
      </w:r>
      <w:r w:rsidR="00154089">
        <w:rPr>
          <w:rFonts w:hint="eastAsia"/>
          <w:color w:val="000000" w:themeColor="text1"/>
          <w:lang w:eastAsia="zh-CN"/>
        </w:rPr>
        <w:t xml:space="preserve"> command</w:t>
      </w:r>
    </w:p>
    <w:tbl>
      <w:tblPr>
        <w:tblW w:w="0" w:type="auto"/>
        <w:tblLook w:val="04A0" w:firstRow="1" w:lastRow="0" w:firstColumn="1" w:lastColumn="0" w:noHBand="0" w:noVBand="1"/>
      </w:tblPr>
      <w:tblGrid>
        <w:gridCol w:w="10368"/>
      </w:tblGrid>
      <w:tr w:rsidR="003670C7" w:rsidRPr="00416DEE" w14:paraId="03F6CB28" w14:textId="77777777">
        <w:trPr>
          <w:cantSplit/>
        </w:trPr>
        <w:tc>
          <w:tcPr>
            <w:tcW w:w="10368" w:type="dxa"/>
            <w:shd w:val="clear" w:color="auto" w:fill="F6F8FA"/>
            <w:tcMar>
              <w:top w:w="80" w:type="dxa"/>
              <w:left w:w="100" w:type="dxa"/>
              <w:bottom w:w="80" w:type="dxa"/>
              <w:right w:w="100" w:type="dxa"/>
            </w:tcMar>
          </w:tcPr>
          <w:p w14:paraId="0BEFA76E" w14:textId="77777777" w:rsidR="00C46C38" w:rsidRPr="00416DEE" w:rsidRDefault="00000000">
            <w:pPr>
              <w:pStyle w:val="CodeBlock"/>
              <w:rPr>
                <w:color w:val="000000" w:themeColor="text1"/>
              </w:rPr>
            </w:pPr>
            <w:proofErr w:type="spellStart"/>
            <w:r w:rsidRPr="00416DEE">
              <w:rPr>
                <w:color w:val="000000" w:themeColor="text1"/>
              </w:rPr>
              <w:t>mkdir</w:t>
            </w:r>
            <w:proofErr w:type="spellEnd"/>
            <w:r w:rsidRPr="00416DEE">
              <w:rPr>
                <w:color w:val="000000" w:themeColor="text1"/>
              </w:rPr>
              <w:t xml:space="preserve"> ~/Desktop/</w:t>
            </w:r>
            <w:proofErr w:type="spellStart"/>
            <w:r w:rsidRPr="00416DEE">
              <w:rPr>
                <w:color w:val="000000" w:themeColor="text1"/>
              </w:rPr>
              <w:t>NRTAgentLab</w:t>
            </w:r>
            <w:proofErr w:type="spellEnd"/>
          </w:p>
        </w:tc>
      </w:tr>
    </w:tbl>
    <w:p w14:paraId="0C023C29" w14:textId="5894608D" w:rsidR="003670C7" w:rsidRPr="00F64CC6" w:rsidRDefault="003670C7" w:rsidP="003670C7">
      <w:pPr>
        <w:pStyle w:val="ListNumber"/>
        <w:numPr>
          <w:ilvl w:val="0"/>
          <w:numId w:val="0"/>
        </w:numPr>
        <w:spacing w:after="40"/>
        <w:rPr>
          <w:rFonts w:hint="eastAsia"/>
          <w:color w:val="000000" w:themeColor="text1"/>
        </w:rPr>
      </w:pPr>
    </w:p>
    <w:tbl>
      <w:tblPr>
        <w:tblW w:w="0" w:type="auto"/>
        <w:jc w:val="center"/>
        <w:tblLook w:val="04A0" w:firstRow="1" w:lastRow="0" w:firstColumn="1" w:lastColumn="0" w:noHBand="0" w:noVBand="1"/>
      </w:tblPr>
      <w:tblGrid>
        <w:gridCol w:w="10368"/>
      </w:tblGrid>
      <w:tr w:rsidR="00000000" w:rsidRPr="00F64CC6" w14:paraId="33F99DD8" w14:textId="77777777" w:rsidTr="00F56AF4">
        <w:trPr>
          <w:jc w:val="center"/>
        </w:trPr>
        <w:tc>
          <w:tcPr>
            <w:tcW w:w="10368" w:type="dxa"/>
            <w:shd w:val="clear" w:color="auto" w:fill="FFF6DF"/>
            <w:tcMar>
              <w:top w:w="100" w:type="dxa"/>
              <w:left w:w="120" w:type="dxa"/>
              <w:bottom w:w="100" w:type="dxa"/>
              <w:right w:w="120" w:type="dxa"/>
            </w:tcMar>
          </w:tcPr>
          <w:p w14:paraId="4CCAAFC2" w14:textId="77777777" w:rsidR="003670C7" w:rsidRPr="00F64CC6" w:rsidRDefault="003670C7" w:rsidP="003670C7">
            <w:pPr>
              <w:spacing w:after="80"/>
              <w:rPr>
                <w:color w:val="000000" w:themeColor="text1"/>
              </w:rPr>
            </w:pPr>
            <w:r w:rsidRPr="00F64CC6">
              <w:rPr>
                <w:b/>
                <w:color w:val="000000" w:themeColor="text1"/>
                <w:sz w:val="23"/>
              </w:rPr>
              <w:t>No command line required</w:t>
            </w:r>
          </w:p>
          <w:p w14:paraId="16C58E87" w14:textId="77777777" w:rsidR="003670C7" w:rsidRPr="00F64CC6" w:rsidRDefault="003670C7" w:rsidP="003670C7">
            <w:pPr>
              <w:spacing w:after="40"/>
              <w:rPr>
                <w:color w:val="000000" w:themeColor="text1"/>
              </w:rPr>
            </w:pPr>
            <w:r w:rsidRPr="00F64CC6">
              <w:rPr>
                <w:color w:val="000000" w:themeColor="text1"/>
              </w:rPr>
              <w:t xml:space="preserve">You can create the </w:t>
            </w:r>
            <w:proofErr w:type="spellStart"/>
            <w:r w:rsidRPr="00F64CC6">
              <w:rPr>
                <w:color w:val="000000" w:themeColor="text1"/>
              </w:rPr>
              <w:t>NRTAgentLab</w:t>
            </w:r>
            <w:proofErr w:type="spellEnd"/>
            <w:r w:rsidRPr="00F64CC6">
              <w:rPr>
                <w:color w:val="000000" w:themeColor="text1"/>
              </w:rPr>
              <w:t xml:space="preserve"> folder using your computer's normal file browser. Terminal commands are optional for this tutorial.</w:t>
            </w:r>
          </w:p>
        </w:tc>
      </w:tr>
    </w:tbl>
    <w:p w14:paraId="0A294848" w14:textId="77777777" w:rsidR="003670C7" w:rsidRPr="00F64CC6" w:rsidRDefault="003670C7" w:rsidP="00F56AF4">
      <w:pPr>
        <w:spacing w:after="0"/>
        <w:rPr>
          <w:color w:val="000000" w:themeColor="text1"/>
        </w:rPr>
      </w:pPr>
    </w:p>
    <w:p w14:paraId="6CC69957" w14:textId="77777777" w:rsidR="003670C7" w:rsidRPr="00F64CC6" w:rsidRDefault="003670C7" w:rsidP="003670C7">
      <w:pPr>
        <w:pStyle w:val="ListNumber"/>
        <w:spacing w:after="40"/>
        <w:rPr>
          <w:color w:val="000000" w:themeColor="text1"/>
        </w:rPr>
      </w:pPr>
      <w:r w:rsidRPr="00F64CC6">
        <w:rPr>
          <w:color w:val="000000" w:themeColor="text1"/>
        </w:rPr>
        <w:t xml:space="preserve">In VS Code, choose File → Open Folder… and select </w:t>
      </w:r>
      <w:proofErr w:type="spellStart"/>
      <w:r w:rsidRPr="00F64CC6">
        <w:rPr>
          <w:color w:val="000000" w:themeColor="text1"/>
        </w:rPr>
        <w:t>NRTAgentLab</w:t>
      </w:r>
      <w:proofErr w:type="spellEnd"/>
      <w:r w:rsidRPr="00F64CC6">
        <w:rPr>
          <w:color w:val="000000" w:themeColor="text1"/>
        </w:rPr>
        <w:t>.</w:t>
      </w:r>
    </w:p>
    <w:tbl>
      <w:tblPr>
        <w:tblW w:w="0" w:type="auto"/>
        <w:jc w:val="center"/>
        <w:tblLook w:val="04A0" w:firstRow="1" w:lastRow="0" w:firstColumn="1" w:lastColumn="0" w:noHBand="0" w:noVBand="1"/>
      </w:tblPr>
      <w:tblGrid>
        <w:gridCol w:w="10368"/>
      </w:tblGrid>
      <w:tr w:rsidR="00000000" w:rsidRPr="00416DEE" w14:paraId="07F11DDB" w14:textId="77777777">
        <w:trPr>
          <w:cantSplit/>
          <w:jc w:val="center"/>
        </w:trPr>
        <w:tc>
          <w:tcPr>
            <w:tcW w:w="10368" w:type="dxa"/>
            <w:shd w:val="clear" w:color="auto" w:fill="FFF6DF"/>
            <w:tcMar>
              <w:top w:w="100" w:type="dxa"/>
              <w:left w:w="120" w:type="dxa"/>
              <w:bottom w:w="100" w:type="dxa"/>
              <w:right w:w="120" w:type="dxa"/>
            </w:tcMar>
          </w:tcPr>
          <w:p w14:paraId="6E27166C" w14:textId="77777777" w:rsidR="00C46C38" w:rsidRPr="00416DEE" w:rsidRDefault="00000000">
            <w:pPr>
              <w:spacing w:after="80"/>
              <w:rPr>
                <w:color w:val="000000" w:themeColor="text1"/>
              </w:rPr>
            </w:pPr>
            <w:r w:rsidRPr="00416DEE">
              <w:rPr>
                <w:b/>
                <w:color w:val="000000" w:themeColor="text1"/>
                <w:sz w:val="23"/>
              </w:rPr>
              <w:t>Why open a folder instead of only a file?</w:t>
            </w:r>
          </w:p>
          <w:p w14:paraId="6C9414DC" w14:textId="77777777" w:rsidR="00C46C38" w:rsidRPr="00416DEE" w:rsidRDefault="00000000">
            <w:pPr>
              <w:spacing w:after="40"/>
              <w:rPr>
                <w:color w:val="000000" w:themeColor="text1"/>
              </w:rPr>
            </w:pPr>
            <w:r w:rsidRPr="00416DEE">
              <w:rPr>
                <w:color w:val="000000" w:themeColor="text1"/>
              </w:rPr>
              <w:t>Claude Code, Python tools, notebooks, terminals, and debuggers work more reliably when VS Code knows the whole project workspace.</w:t>
            </w:r>
          </w:p>
        </w:tc>
      </w:tr>
    </w:tbl>
    <w:p w14:paraId="48131D9F" w14:textId="77777777" w:rsidR="00C46C38" w:rsidRPr="00416DEE" w:rsidRDefault="00C46C38">
      <w:pPr>
        <w:spacing w:after="0"/>
        <w:rPr>
          <w:color w:val="000000" w:themeColor="text1"/>
        </w:rPr>
      </w:pPr>
    </w:p>
    <w:p w14:paraId="2064260B" w14:textId="77777777" w:rsidR="00C46C38" w:rsidRPr="00416DEE" w:rsidRDefault="00000000">
      <w:pPr>
        <w:spacing w:after="80"/>
        <w:jc w:val="center"/>
        <w:rPr>
          <w:color w:val="000000" w:themeColor="text1"/>
        </w:rPr>
      </w:pPr>
      <w:r w:rsidRPr="00416DEE">
        <w:rPr>
          <w:noProof/>
          <w:color w:val="000000" w:themeColor="text1"/>
        </w:rPr>
        <w:drawing>
          <wp:inline distT="0" distB="0" distL="0" distR="0" wp14:anchorId="0F96BBCB" wp14:editId="29E1E9DB">
            <wp:extent cx="667330" cy="66733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9"/>
                    <a:stretch>
                      <a:fillRect/>
                    </a:stretch>
                  </pic:blipFill>
                  <pic:spPr>
                    <a:xfrm>
                      <a:off x="0" y="0"/>
                      <a:ext cx="676102" cy="676102"/>
                    </a:xfrm>
                    <a:prstGeom prst="rect">
                      <a:avLst/>
                    </a:prstGeom>
                  </pic:spPr>
                </pic:pic>
              </a:graphicData>
            </a:graphic>
          </wp:inline>
        </w:drawing>
      </w:r>
    </w:p>
    <w:tbl>
      <w:tblPr>
        <w:tblW w:w="0" w:type="auto"/>
        <w:jc w:val="center"/>
        <w:tblLook w:val="04A0" w:firstRow="1" w:lastRow="0" w:firstColumn="1" w:lastColumn="0" w:noHBand="0" w:noVBand="1"/>
      </w:tblPr>
      <w:tblGrid>
        <w:gridCol w:w="10368"/>
      </w:tblGrid>
      <w:tr w:rsidR="00000000" w:rsidRPr="00416DEE" w14:paraId="3B82EBE0" w14:textId="77777777">
        <w:trPr>
          <w:cantSplit/>
          <w:jc w:val="center"/>
        </w:trPr>
        <w:tc>
          <w:tcPr>
            <w:tcW w:w="10368" w:type="dxa"/>
            <w:shd w:val="clear" w:color="auto" w:fill="EAF2F8"/>
            <w:tcMar>
              <w:top w:w="100" w:type="dxa"/>
              <w:left w:w="120" w:type="dxa"/>
              <w:bottom w:w="100" w:type="dxa"/>
              <w:right w:w="120" w:type="dxa"/>
            </w:tcMar>
          </w:tcPr>
          <w:p w14:paraId="3D144033" w14:textId="77777777" w:rsidR="00C46C38" w:rsidRPr="00416DEE" w:rsidRDefault="00000000">
            <w:pPr>
              <w:spacing w:after="80"/>
              <w:rPr>
                <w:color w:val="000000" w:themeColor="text1"/>
              </w:rPr>
            </w:pPr>
            <w:r w:rsidRPr="00416DEE">
              <w:rPr>
                <w:b/>
                <w:color w:val="000000" w:themeColor="text1"/>
                <w:sz w:val="23"/>
              </w:rPr>
              <w:t>Checkpoint</w:t>
            </w:r>
          </w:p>
          <w:p w14:paraId="4CEFB3F3" w14:textId="77777777" w:rsidR="00C46C38" w:rsidRPr="00416DEE" w:rsidRDefault="00000000">
            <w:pPr>
              <w:spacing w:after="40"/>
              <w:rPr>
                <w:color w:val="000000" w:themeColor="text1"/>
              </w:rPr>
            </w:pPr>
            <w:r w:rsidRPr="00416DEE">
              <w:rPr>
                <w:color w:val="000000" w:themeColor="text1"/>
              </w:rPr>
              <w:t>☐ VS Code is open.</w:t>
            </w:r>
          </w:p>
          <w:p w14:paraId="22D75FCC" w14:textId="77777777" w:rsidR="00C46C38" w:rsidRPr="00416DEE" w:rsidRDefault="00000000">
            <w:pPr>
              <w:spacing w:after="40"/>
              <w:rPr>
                <w:color w:val="000000" w:themeColor="text1"/>
              </w:rPr>
            </w:pPr>
            <w:r w:rsidRPr="00416DEE">
              <w:rPr>
                <w:color w:val="000000" w:themeColor="text1"/>
              </w:rPr>
              <w:t>☐ NRTAgentLab is open as the current folder/workspace.</w:t>
            </w:r>
          </w:p>
        </w:tc>
      </w:tr>
    </w:tbl>
    <w:p w14:paraId="17119B27" w14:textId="77777777" w:rsidR="00C46C38" w:rsidRPr="00416DEE" w:rsidRDefault="00000000">
      <w:pPr>
        <w:pStyle w:val="Heading1"/>
        <w:rPr>
          <w:color w:val="000000" w:themeColor="text1"/>
        </w:rPr>
      </w:pPr>
      <w:r w:rsidRPr="00416DEE">
        <w:rPr>
          <w:color w:val="000000" w:themeColor="text1"/>
        </w:rPr>
        <w:t>Part 1 — Install the essential VS Code extensions</w:t>
      </w:r>
    </w:p>
    <w:p w14:paraId="1979E609" w14:textId="77777777" w:rsidR="00C46C38" w:rsidRPr="00416DEE" w:rsidRDefault="00000000">
      <w:pPr>
        <w:spacing w:after="80"/>
        <w:rPr>
          <w:color w:val="000000" w:themeColor="text1"/>
        </w:rPr>
      </w:pPr>
      <w:r w:rsidRPr="00416DEE">
        <w:rPr>
          <w:color w:val="000000" w:themeColor="text1"/>
        </w:rPr>
        <w:t>Open the Extensions view from the left Activity Bar.</w:t>
      </w:r>
    </w:p>
    <w:p w14:paraId="747AA9F4" w14:textId="086A639E" w:rsidR="00C46C38" w:rsidRPr="00416DEE" w:rsidRDefault="00000000">
      <w:pPr>
        <w:spacing w:after="80"/>
        <w:jc w:val="center"/>
        <w:rPr>
          <w:color w:val="000000" w:themeColor="text1"/>
        </w:rPr>
      </w:pPr>
      <w:r w:rsidRPr="00416DEE">
        <w:rPr>
          <w:noProof/>
          <w:color w:val="000000" w:themeColor="text1"/>
        </w:rPr>
        <w:drawing>
          <wp:inline distT="0" distB="0" distL="0" distR="0" wp14:anchorId="6A937472" wp14:editId="7D6F6863">
            <wp:extent cx="2161596" cy="49279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0"/>
                    <a:stretch>
                      <a:fillRect/>
                    </a:stretch>
                  </pic:blipFill>
                  <pic:spPr>
                    <a:xfrm>
                      <a:off x="0" y="0"/>
                      <a:ext cx="2233828" cy="509266"/>
                    </a:xfrm>
                    <a:prstGeom prst="rect">
                      <a:avLst/>
                    </a:prstGeom>
                  </pic:spPr>
                </pic:pic>
              </a:graphicData>
            </a:graphic>
          </wp:inline>
        </w:drawing>
      </w:r>
      <w:r w:rsidR="00AD5D81" w:rsidRPr="0009554E">
        <w:rPr>
          <w:rFonts w:ascii="Times New Roman" w:eastAsia="EB Garamond" w:hAnsi="Times New Roman" w:cs="Times New Roman"/>
          <w:b/>
          <w:bCs/>
          <w:noProof/>
          <w:sz w:val="24"/>
          <w:szCs w:val="24"/>
        </w:rPr>
        <w:drawing>
          <wp:inline distT="0" distB="0" distL="0" distR="0" wp14:anchorId="747C5E64" wp14:editId="2309164B">
            <wp:extent cx="2044667" cy="1421044"/>
            <wp:effectExtent l="0" t="0" r="635" b="1905"/>
            <wp:docPr id="178582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2063" name=""/>
                    <pic:cNvPicPr/>
                  </pic:nvPicPr>
                  <pic:blipFill>
                    <a:blip r:embed="rId11"/>
                    <a:stretch>
                      <a:fillRect/>
                    </a:stretch>
                  </pic:blipFill>
                  <pic:spPr>
                    <a:xfrm>
                      <a:off x="0" y="0"/>
                      <a:ext cx="2126438" cy="1477875"/>
                    </a:xfrm>
                    <a:prstGeom prst="rect">
                      <a:avLst/>
                    </a:prstGeom>
                  </pic:spPr>
                </pic:pic>
              </a:graphicData>
            </a:graphic>
          </wp:inline>
        </w:drawing>
      </w:r>
    </w:p>
    <w:p w14:paraId="20D6E8CF" w14:textId="77777777" w:rsidR="00C46C38" w:rsidRPr="00416DEE" w:rsidRDefault="00000000">
      <w:pPr>
        <w:pStyle w:val="Heading2"/>
        <w:rPr>
          <w:color w:val="000000" w:themeColor="text1"/>
        </w:rPr>
      </w:pPr>
      <w:r w:rsidRPr="00416DEE">
        <w:rPr>
          <w:color w:val="000000" w:themeColor="text1"/>
        </w:rPr>
        <w:t>Recommended extensions</w:t>
      </w:r>
    </w:p>
    <w:tbl>
      <w:tblPr>
        <w:tblStyle w:val="TableGrid"/>
        <w:tblW w:w="0" w:type="auto"/>
        <w:jc w:val="center"/>
        <w:tblLook w:val="04A0" w:firstRow="1" w:lastRow="0" w:firstColumn="1" w:lastColumn="0" w:noHBand="0" w:noVBand="1"/>
      </w:tblPr>
      <w:tblGrid>
        <w:gridCol w:w="5179"/>
        <w:gridCol w:w="5179"/>
      </w:tblGrid>
      <w:tr w:rsidR="0081559E" w:rsidRPr="00416DEE" w14:paraId="5BE0AF6D" w14:textId="77777777" w:rsidTr="00AD5D81">
        <w:trPr>
          <w:cantSplit/>
          <w:jc w:val="center"/>
        </w:trPr>
        <w:tc>
          <w:tcPr>
            <w:tcW w:w="5184" w:type="dxa"/>
            <w:shd w:val="clear" w:color="auto" w:fill="EAF1DD" w:themeFill="accent3" w:themeFillTint="33"/>
          </w:tcPr>
          <w:p w14:paraId="6FAE07B7" w14:textId="77777777" w:rsidR="00C46C38" w:rsidRPr="00416DEE" w:rsidRDefault="00000000">
            <w:pPr>
              <w:rPr>
                <w:color w:val="000000" w:themeColor="text1"/>
              </w:rPr>
            </w:pPr>
            <w:r w:rsidRPr="00416DEE">
              <w:rPr>
                <w:b/>
                <w:color w:val="000000" w:themeColor="text1"/>
              </w:rPr>
              <w:t>Extension</w:t>
            </w:r>
          </w:p>
        </w:tc>
        <w:tc>
          <w:tcPr>
            <w:tcW w:w="5184" w:type="dxa"/>
            <w:shd w:val="clear" w:color="auto" w:fill="EAF1DD" w:themeFill="accent3" w:themeFillTint="33"/>
          </w:tcPr>
          <w:p w14:paraId="026AF25E" w14:textId="77777777" w:rsidR="00C46C38" w:rsidRPr="00416DEE" w:rsidRDefault="00000000">
            <w:pPr>
              <w:rPr>
                <w:color w:val="000000" w:themeColor="text1"/>
              </w:rPr>
            </w:pPr>
            <w:r w:rsidRPr="00416DEE">
              <w:rPr>
                <w:b/>
                <w:color w:val="000000" w:themeColor="text1"/>
              </w:rPr>
              <w:t>Why you need it</w:t>
            </w:r>
          </w:p>
        </w:tc>
      </w:tr>
      <w:tr w:rsidR="0081559E" w:rsidRPr="00416DEE" w14:paraId="0586AAAC" w14:textId="77777777">
        <w:trPr>
          <w:cantSplit/>
          <w:jc w:val="center"/>
        </w:trPr>
        <w:tc>
          <w:tcPr>
            <w:tcW w:w="5184" w:type="dxa"/>
          </w:tcPr>
          <w:p w14:paraId="55B6DA0A" w14:textId="77777777" w:rsidR="00C46C38" w:rsidRPr="00416DEE" w:rsidRDefault="00000000">
            <w:pPr>
              <w:rPr>
                <w:color w:val="000000" w:themeColor="text1"/>
              </w:rPr>
            </w:pPr>
            <w:r w:rsidRPr="00416DEE">
              <w:rPr>
                <w:color w:val="000000" w:themeColor="text1"/>
              </w:rPr>
              <w:t>Python</w:t>
            </w:r>
          </w:p>
        </w:tc>
        <w:tc>
          <w:tcPr>
            <w:tcW w:w="5184" w:type="dxa"/>
          </w:tcPr>
          <w:p w14:paraId="62D7A29F" w14:textId="77777777" w:rsidR="00C46C38" w:rsidRPr="00416DEE" w:rsidRDefault="00000000">
            <w:pPr>
              <w:rPr>
                <w:color w:val="000000" w:themeColor="text1"/>
              </w:rPr>
            </w:pPr>
            <w:r w:rsidRPr="00416DEE">
              <w:rPr>
                <w:color w:val="000000" w:themeColor="text1"/>
              </w:rPr>
              <w:t>Interpreter selection, IntelliSense, running scripts, and debugging.</w:t>
            </w:r>
          </w:p>
        </w:tc>
      </w:tr>
      <w:tr w:rsidR="0081559E" w:rsidRPr="00416DEE" w14:paraId="0F2ED082" w14:textId="77777777">
        <w:trPr>
          <w:cantSplit/>
          <w:jc w:val="center"/>
        </w:trPr>
        <w:tc>
          <w:tcPr>
            <w:tcW w:w="5184" w:type="dxa"/>
          </w:tcPr>
          <w:p w14:paraId="1A4E3418" w14:textId="77777777" w:rsidR="00C46C38" w:rsidRPr="00416DEE" w:rsidRDefault="00000000">
            <w:pPr>
              <w:rPr>
                <w:color w:val="000000" w:themeColor="text1"/>
              </w:rPr>
            </w:pPr>
            <w:proofErr w:type="spellStart"/>
            <w:r w:rsidRPr="00416DEE">
              <w:rPr>
                <w:color w:val="000000" w:themeColor="text1"/>
              </w:rPr>
              <w:t>Jupyter</w:t>
            </w:r>
            <w:proofErr w:type="spellEnd"/>
          </w:p>
        </w:tc>
        <w:tc>
          <w:tcPr>
            <w:tcW w:w="5184" w:type="dxa"/>
          </w:tcPr>
          <w:p w14:paraId="45314B9E" w14:textId="77777777" w:rsidR="00C46C38" w:rsidRPr="00416DEE" w:rsidRDefault="00000000">
            <w:pPr>
              <w:rPr>
                <w:color w:val="000000" w:themeColor="text1"/>
              </w:rPr>
            </w:pPr>
            <w:r w:rsidRPr="00416DEE">
              <w:rPr>
                <w:color w:val="000000" w:themeColor="text1"/>
              </w:rPr>
              <w:t>Notebook editing, kernels, cell execution, and notebook outputs.</w:t>
            </w:r>
          </w:p>
        </w:tc>
      </w:tr>
      <w:tr w:rsidR="0081559E" w:rsidRPr="00416DEE" w14:paraId="3114AE92" w14:textId="77777777">
        <w:trPr>
          <w:cantSplit/>
          <w:jc w:val="center"/>
        </w:trPr>
        <w:tc>
          <w:tcPr>
            <w:tcW w:w="5184" w:type="dxa"/>
          </w:tcPr>
          <w:p w14:paraId="1201B21E" w14:textId="77777777" w:rsidR="00C46C38" w:rsidRPr="00416DEE" w:rsidRDefault="00000000">
            <w:pPr>
              <w:rPr>
                <w:color w:val="000000" w:themeColor="text1"/>
              </w:rPr>
            </w:pPr>
            <w:r w:rsidRPr="00416DEE">
              <w:rPr>
                <w:color w:val="000000" w:themeColor="text1"/>
              </w:rPr>
              <w:t>Claude Code for VS Code</w:t>
            </w:r>
          </w:p>
        </w:tc>
        <w:tc>
          <w:tcPr>
            <w:tcW w:w="5184" w:type="dxa"/>
          </w:tcPr>
          <w:p w14:paraId="661AE6CA" w14:textId="77777777" w:rsidR="00C46C38" w:rsidRPr="00416DEE" w:rsidRDefault="00000000">
            <w:pPr>
              <w:rPr>
                <w:color w:val="000000" w:themeColor="text1"/>
              </w:rPr>
            </w:pPr>
            <w:r w:rsidRPr="00416DEE">
              <w:rPr>
                <w:color w:val="000000" w:themeColor="text1"/>
              </w:rPr>
              <w:t>AI coding assistant integrated into the IDE.</w:t>
            </w:r>
          </w:p>
        </w:tc>
      </w:tr>
      <w:tr w:rsidR="00000000" w:rsidRPr="00416DEE" w14:paraId="2041C95E" w14:textId="77777777">
        <w:trPr>
          <w:cantSplit/>
          <w:jc w:val="center"/>
        </w:trPr>
        <w:tc>
          <w:tcPr>
            <w:tcW w:w="5184" w:type="dxa"/>
          </w:tcPr>
          <w:p w14:paraId="0179F30E" w14:textId="77777777" w:rsidR="00C46C38" w:rsidRPr="00416DEE" w:rsidRDefault="00000000">
            <w:pPr>
              <w:rPr>
                <w:color w:val="000000" w:themeColor="text1"/>
              </w:rPr>
            </w:pPr>
            <w:r w:rsidRPr="00416DEE">
              <w:rPr>
                <w:color w:val="000000" w:themeColor="text1"/>
              </w:rPr>
              <w:t>Claude Terminal (optional)</w:t>
            </w:r>
          </w:p>
        </w:tc>
        <w:tc>
          <w:tcPr>
            <w:tcW w:w="5184" w:type="dxa"/>
          </w:tcPr>
          <w:p w14:paraId="3E6E15A9" w14:textId="77777777" w:rsidR="00C46C38" w:rsidRPr="00416DEE" w:rsidRDefault="00000000">
            <w:pPr>
              <w:rPr>
                <w:color w:val="000000" w:themeColor="text1"/>
              </w:rPr>
            </w:pPr>
            <w:r w:rsidRPr="00416DEE">
              <w:rPr>
                <w:color w:val="000000" w:themeColor="text1"/>
              </w:rPr>
              <w:t>Alternative way to open Claude CLI in the editor area if your workflow uses it.</w:t>
            </w:r>
          </w:p>
        </w:tc>
      </w:tr>
    </w:tbl>
    <w:p w14:paraId="16D6D957" w14:textId="77777777" w:rsidR="00C46C38" w:rsidRPr="00416DEE" w:rsidRDefault="00C46C38">
      <w:pPr>
        <w:rPr>
          <w:color w:val="000000" w:themeColor="text1"/>
        </w:rPr>
      </w:pPr>
    </w:p>
    <w:p w14:paraId="4B5CAF4E" w14:textId="77777777" w:rsidR="00C46C38" w:rsidRPr="00416DEE" w:rsidRDefault="00000000">
      <w:pPr>
        <w:spacing w:after="80"/>
        <w:jc w:val="center"/>
        <w:rPr>
          <w:color w:val="000000" w:themeColor="text1"/>
        </w:rPr>
      </w:pPr>
      <w:r w:rsidRPr="00416DEE">
        <w:rPr>
          <w:noProof/>
          <w:color w:val="000000" w:themeColor="text1"/>
        </w:rPr>
        <w:drawing>
          <wp:inline distT="0" distB="0" distL="0" distR="0" wp14:anchorId="00EB0779" wp14:editId="4B111D46">
            <wp:extent cx="4788714" cy="1185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2"/>
                    <a:stretch>
                      <a:fillRect/>
                    </a:stretch>
                  </pic:blipFill>
                  <pic:spPr>
                    <a:xfrm>
                      <a:off x="0" y="0"/>
                      <a:ext cx="4856117" cy="1202418"/>
                    </a:xfrm>
                    <a:prstGeom prst="rect">
                      <a:avLst/>
                    </a:prstGeom>
                  </pic:spPr>
                </pic:pic>
              </a:graphicData>
            </a:graphic>
          </wp:inline>
        </w:drawing>
      </w:r>
    </w:p>
    <w:p w14:paraId="3DBE0EDD" w14:textId="77777777" w:rsidR="00C46C38" w:rsidRPr="00416DEE" w:rsidRDefault="00000000">
      <w:pPr>
        <w:spacing w:after="80"/>
        <w:jc w:val="center"/>
        <w:rPr>
          <w:color w:val="000000" w:themeColor="text1"/>
        </w:rPr>
      </w:pPr>
      <w:r w:rsidRPr="00416DEE">
        <w:rPr>
          <w:noProof/>
          <w:color w:val="000000" w:themeColor="text1"/>
        </w:rPr>
        <w:drawing>
          <wp:inline distT="0" distB="0" distL="0" distR="0" wp14:anchorId="7F37CD45" wp14:editId="22A77081">
            <wp:extent cx="4794746" cy="114015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3"/>
                    <a:stretch>
                      <a:fillRect/>
                    </a:stretch>
                  </pic:blipFill>
                  <pic:spPr>
                    <a:xfrm>
                      <a:off x="0" y="0"/>
                      <a:ext cx="4853428" cy="1154106"/>
                    </a:xfrm>
                    <a:prstGeom prst="rect">
                      <a:avLst/>
                    </a:prstGeom>
                  </pic:spPr>
                </pic:pic>
              </a:graphicData>
            </a:graphic>
          </wp:inline>
        </w:drawing>
      </w:r>
    </w:p>
    <w:p w14:paraId="3F4D11B9" w14:textId="77777777" w:rsidR="00C46C38" w:rsidRDefault="00000000">
      <w:pPr>
        <w:spacing w:after="80"/>
        <w:jc w:val="center"/>
        <w:rPr>
          <w:color w:val="000000" w:themeColor="text1"/>
          <w:lang w:eastAsia="zh-CN"/>
        </w:rPr>
      </w:pPr>
      <w:r w:rsidRPr="00416DEE">
        <w:rPr>
          <w:noProof/>
          <w:color w:val="000000" w:themeColor="text1"/>
        </w:rPr>
        <w:drawing>
          <wp:inline distT="0" distB="0" distL="0" distR="0" wp14:anchorId="6FECEC86" wp14:editId="246BA5CA">
            <wp:extent cx="4793454" cy="120097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4"/>
                    <a:stretch>
                      <a:fillRect/>
                    </a:stretch>
                  </pic:blipFill>
                  <pic:spPr>
                    <a:xfrm>
                      <a:off x="0" y="0"/>
                      <a:ext cx="4860858" cy="1217863"/>
                    </a:xfrm>
                    <a:prstGeom prst="rect">
                      <a:avLst/>
                    </a:prstGeom>
                  </pic:spPr>
                </pic:pic>
              </a:graphicData>
            </a:graphic>
          </wp:inline>
        </w:drawing>
      </w:r>
    </w:p>
    <w:p w14:paraId="6C7DA207" w14:textId="2ABDE2ED" w:rsidR="00B46A21" w:rsidRPr="00416DEE" w:rsidRDefault="00B46A21">
      <w:pPr>
        <w:spacing w:after="80"/>
        <w:jc w:val="center"/>
        <w:rPr>
          <w:rFonts w:hint="eastAsia"/>
          <w:color w:val="000000" w:themeColor="text1"/>
          <w:lang w:eastAsia="zh-CN"/>
        </w:rPr>
      </w:pPr>
      <w:r w:rsidRPr="0009554E">
        <w:rPr>
          <w:rFonts w:ascii="Times New Roman" w:eastAsia="EB Garamond" w:hAnsi="Times New Roman" w:cs="Times New Roman"/>
          <w:noProof/>
          <w:sz w:val="24"/>
          <w:szCs w:val="24"/>
        </w:rPr>
        <w:drawing>
          <wp:inline distT="0" distB="0" distL="0" distR="0" wp14:anchorId="51B765A7" wp14:editId="4E5AB0C8">
            <wp:extent cx="4789235" cy="924076"/>
            <wp:effectExtent l="0" t="0" r="0" b="3175"/>
            <wp:docPr id="160119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96284" name=""/>
                    <pic:cNvPicPr/>
                  </pic:nvPicPr>
                  <pic:blipFill>
                    <a:blip r:embed="rId15"/>
                    <a:stretch>
                      <a:fillRect/>
                    </a:stretch>
                  </pic:blipFill>
                  <pic:spPr>
                    <a:xfrm>
                      <a:off x="0" y="0"/>
                      <a:ext cx="5132491" cy="990307"/>
                    </a:xfrm>
                    <a:prstGeom prst="rect">
                      <a:avLst/>
                    </a:prstGeom>
                  </pic:spPr>
                </pic:pic>
              </a:graphicData>
            </a:graphic>
          </wp:inline>
        </w:drawing>
      </w:r>
    </w:p>
    <w:tbl>
      <w:tblPr>
        <w:tblW w:w="0" w:type="auto"/>
        <w:jc w:val="center"/>
        <w:tblLook w:val="04A0" w:firstRow="1" w:lastRow="0" w:firstColumn="1" w:lastColumn="0" w:noHBand="0" w:noVBand="1"/>
      </w:tblPr>
      <w:tblGrid>
        <w:gridCol w:w="10368"/>
      </w:tblGrid>
      <w:tr w:rsidR="00C86FF1" w:rsidRPr="00416DEE" w14:paraId="08668BF6" w14:textId="77777777">
        <w:trPr>
          <w:cantSplit/>
          <w:jc w:val="center"/>
        </w:trPr>
        <w:tc>
          <w:tcPr>
            <w:tcW w:w="10368" w:type="dxa"/>
            <w:shd w:val="clear" w:color="auto" w:fill="FFF6DF"/>
            <w:tcMar>
              <w:top w:w="100" w:type="dxa"/>
              <w:left w:w="120" w:type="dxa"/>
              <w:bottom w:w="100" w:type="dxa"/>
              <w:right w:w="120" w:type="dxa"/>
            </w:tcMar>
          </w:tcPr>
          <w:p w14:paraId="0AADAD18" w14:textId="77777777" w:rsidR="00C46C38" w:rsidRPr="00416DEE" w:rsidRDefault="00000000">
            <w:pPr>
              <w:spacing w:after="80"/>
              <w:rPr>
                <w:color w:val="000000" w:themeColor="text1"/>
              </w:rPr>
            </w:pPr>
            <w:r w:rsidRPr="00416DEE">
              <w:rPr>
                <w:b/>
                <w:color w:val="000000" w:themeColor="text1"/>
                <w:sz w:val="23"/>
              </w:rPr>
              <w:lastRenderedPageBreak/>
              <w:t>Tip</w:t>
            </w:r>
          </w:p>
          <w:p w14:paraId="62B0B782" w14:textId="0DCA7A03" w:rsidR="00C46C38" w:rsidRPr="00C86FF1" w:rsidRDefault="00000000" w:rsidP="00C86FF1">
            <w:pPr>
              <w:pStyle w:val="ListParagraph"/>
              <w:numPr>
                <w:ilvl w:val="0"/>
                <w:numId w:val="10"/>
              </w:numPr>
              <w:spacing w:after="40"/>
              <w:rPr>
                <w:color w:val="000000" w:themeColor="text1"/>
                <w:lang w:eastAsia="zh-CN"/>
              </w:rPr>
            </w:pPr>
            <w:r w:rsidRPr="00C86FF1">
              <w:rPr>
                <w:color w:val="000000" w:themeColor="text1"/>
              </w:rPr>
              <w:t>If more than one extension has a similar name, confirm the publisher and description before installing.</w:t>
            </w:r>
          </w:p>
          <w:p w14:paraId="43D61EC0" w14:textId="74348356" w:rsidR="00C86FF1" w:rsidRPr="00C86FF1" w:rsidRDefault="00C86FF1" w:rsidP="00C86FF1">
            <w:pPr>
              <w:pStyle w:val="ListParagraph"/>
              <w:numPr>
                <w:ilvl w:val="0"/>
                <w:numId w:val="10"/>
              </w:numPr>
              <w:spacing w:after="40"/>
              <w:rPr>
                <w:rFonts w:hint="eastAsia"/>
                <w:color w:val="000000" w:themeColor="text1"/>
                <w:lang w:eastAsia="zh-CN"/>
              </w:rPr>
            </w:pPr>
            <w:r w:rsidRPr="00C86FF1">
              <w:rPr>
                <w:color w:val="000000" w:themeColor="text1"/>
              </w:rPr>
              <w:t xml:space="preserve">The Python extension teaches VS Code how to work with Python. The Python interpreter is the software that </w:t>
            </w:r>
            <w:proofErr w:type="gramStart"/>
            <w:r w:rsidRPr="00C86FF1">
              <w:rPr>
                <w:color w:val="000000" w:themeColor="text1"/>
              </w:rPr>
              <w:t>actually runs</w:t>
            </w:r>
            <w:proofErr w:type="gramEnd"/>
            <w:r w:rsidRPr="00C86FF1">
              <w:rPr>
                <w:color w:val="000000" w:themeColor="text1"/>
              </w:rPr>
              <w:t xml:space="preserve"> Python code. In Part 2, we install Anaconda to provide Python and common data-science packages.</w:t>
            </w:r>
          </w:p>
        </w:tc>
      </w:tr>
    </w:tbl>
    <w:p w14:paraId="61141888" w14:textId="77777777" w:rsidR="00C46C38" w:rsidRPr="00416DEE" w:rsidRDefault="00C46C38">
      <w:pPr>
        <w:spacing w:after="0"/>
        <w:rPr>
          <w:color w:val="000000" w:themeColor="text1"/>
        </w:rPr>
      </w:pPr>
    </w:p>
    <w:tbl>
      <w:tblPr>
        <w:tblW w:w="0" w:type="auto"/>
        <w:jc w:val="center"/>
        <w:tblLook w:val="04A0" w:firstRow="1" w:lastRow="0" w:firstColumn="1" w:lastColumn="0" w:noHBand="0" w:noVBand="1"/>
      </w:tblPr>
      <w:tblGrid>
        <w:gridCol w:w="10368"/>
      </w:tblGrid>
      <w:tr w:rsidR="00000000" w:rsidRPr="00416DEE" w14:paraId="63B7911E" w14:textId="77777777">
        <w:trPr>
          <w:cantSplit/>
          <w:jc w:val="center"/>
        </w:trPr>
        <w:tc>
          <w:tcPr>
            <w:tcW w:w="10368" w:type="dxa"/>
            <w:shd w:val="clear" w:color="auto" w:fill="EAF2F8"/>
            <w:tcMar>
              <w:top w:w="100" w:type="dxa"/>
              <w:left w:w="120" w:type="dxa"/>
              <w:bottom w:w="100" w:type="dxa"/>
              <w:right w:w="120" w:type="dxa"/>
            </w:tcMar>
          </w:tcPr>
          <w:p w14:paraId="5AFE1423" w14:textId="77777777" w:rsidR="00C46C38" w:rsidRPr="00416DEE" w:rsidRDefault="00000000">
            <w:pPr>
              <w:spacing w:after="80"/>
              <w:rPr>
                <w:color w:val="000000" w:themeColor="text1"/>
              </w:rPr>
            </w:pPr>
            <w:r w:rsidRPr="00416DEE">
              <w:rPr>
                <w:b/>
                <w:color w:val="000000" w:themeColor="text1"/>
                <w:sz w:val="23"/>
              </w:rPr>
              <w:t>Checkpoint</w:t>
            </w:r>
          </w:p>
          <w:p w14:paraId="605770C8" w14:textId="77777777" w:rsidR="00C46C38" w:rsidRPr="00416DEE" w:rsidRDefault="00000000">
            <w:pPr>
              <w:spacing w:after="40"/>
              <w:rPr>
                <w:color w:val="000000" w:themeColor="text1"/>
              </w:rPr>
            </w:pPr>
            <w:r w:rsidRPr="00416DEE">
              <w:rPr>
                <w:color w:val="000000" w:themeColor="text1"/>
              </w:rPr>
              <w:t>☐ Python extension installed.</w:t>
            </w:r>
          </w:p>
          <w:p w14:paraId="158EA258" w14:textId="77777777" w:rsidR="00C46C38" w:rsidRPr="00416DEE" w:rsidRDefault="00000000">
            <w:pPr>
              <w:spacing w:after="40"/>
              <w:rPr>
                <w:color w:val="000000" w:themeColor="text1"/>
              </w:rPr>
            </w:pPr>
            <w:r w:rsidRPr="00416DEE">
              <w:rPr>
                <w:color w:val="000000" w:themeColor="text1"/>
              </w:rPr>
              <w:t>☐ Jupyter extension installed.</w:t>
            </w:r>
          </w:p>
          <w:p w14:paraId="1BF6BCD9" w14:textId="77777777" w:rsidR="00C46C38" w:rsidRPr="00416DEE" w:rsidRDefault="00000000">
            <w:pPr>
              <w:spacing w:after="40"/>
              <w:rPr>
                <w:color w:val="000000" w:themeColor="text1"/>
              </w:rPr>
            </w:pPr>
            <w:r w:rsidRPr="00416DEE">
              <w:rPr>
                <w:color w:val="000000" w:themeColor="text1"/>
              </w:rPr>
              <w:t>☐ Claude Code extension installed if you have access.</w:t>
            </w:r>
          </w:p>
        </w:tc>
      </w:tr>
    </w:tbl>
    <w:p w14:paraId="08937D35" w14:textId="77777777" w:rsidR="00C46C38" w:rsidRPr="00416DEE" w:rsidRDefault="00000000">
      <w:pPr>
        <w:pStyle w:val="Heading1"/>
        <w:rPr>
          <w:color w:val="000000" w:themeColor="text1"/>
        </w:rPr>
      </w:pPr>
      <w:r w:rsidRPr="00416DEE">
        <w:rPr>
          <w:color w:val="000000" w:themeColor="text1"/>
        </w:rPr>
        <w:t>Part 2 — Set up Python and verify the interpreter</w:t>
      </w:r>
    </w:p>
    <w:tbl>
      <w:tblPr>
        <w:tblW w:w="0" w:type="auto"/>
        <w:jc w:val="center"/>
        <w:tblLook w:val="04A0" w:firstRow="1" w:lastRow="0" w:firstColumn="1" w:lastColumn="0" w:noHBand="0" w:noVBand="1"/>
      </w:tblPr>
      <w:tblGrid>
        <w:gridCol w:w="10368"/>
      </w:tblGrid>
      <w:tr w:rsidR="00000000" w:rsidRPr="00416DEE" w14:paraId="4C6C2724" w14:textId="77777777">
        <w:trPr>
          <w:cantSplit/>
          <w:jc w:val="center"/>
        </w:trPr>
        <w:tc>
          <w:tcPr>
            <w:tcW w:w="10368" w:type="dxa"/>
            <w:shd w:val="clear" w:color="auto" w:fill="EAF4EE"/>
            <w:tcMar>
              <w:top w:w="100" w:type="dxa"/>
              <w:left w:w="120" w:type="dxa"/>
              <w:bottom w:w="100" w:type="dxa"/>
              <w:right w:w="120" w:type="dxa"/>
            </w:tcMar>
          </w:tcPr>
          <w:p w14:paraId="1F720071" w14:textId="77777777" w:rsidR="00E34F2B" w:rsidRPr="00F64CC6" w:rsidRDefault="00E34F2B" w:rsidP="00E34F2B">
            <w:pPr>
              <w:spacing w:after="80"/>
              <w:rPr>
                <w:color w:val="000000" w:themeColor="text1"/>
              </w:rPr>
            </w:pPr>
            <w:r w:rsidRPr="00F64CC6">
              <w:rPr>
                <w:b/>
                <w:color w:val="000000" w:themeColor="text1"/>
                <w:sz w:val="23"/>
              </w:rPr>
              <w:t>Why Anaconda for this workshop?</w:t>
            </w:r>
          </w:p>
          <w:p w14:paraId="6632F84A" w14:textId="7387C3DE" w:rsidR="00C46C38" w:rsidRPr="00416DEE" w:rsidRDefault="00E34F2B" w:rsidP="00E34F2B">
            <w:pPr>
              <w:spacing w:after="40"/>
              <w:rPr>
                <w:color w:val="000000" w:themeColor="text1"/>
              </w:rPr>
            </w:pPr>
            <w:r w:rsidRPr="00F64CC6">
              <w:rPr>
                <w:color w:val="000000" w:themeColor="text1"/>
              </w:rPr>
              <w:t xml:space="preserve">Anaconda provides Python, </w:t>
            </w:r>
            <w:proofErr w:type="spellStart"/>
            <w:r w:rsidRPr="00F64CC6">
              <w:rPr>
                <w:color w:val="000000" w:themeColor="text1"/>
              </w:rPr>
              <w:t>Jupyter</w:t>
            </w:r>
            <w:proofErr w:type="spellEnd"/>
            <w:r w:rsidRPr="00F64CC6">
              <w:rPr>
                <w:color w:val="000000" w:themeColor="text1"/>
              </w:rPr>
              <w:t xml:space="preserve">, and many commonly used data-science packages in one installation. For today's tutorial, you do not need to create a virtual environment or use </w:t>
            </w:r>
            <w:proofErr w:type="spellStart"/>
            <w:r w:rsidRPr="00F64CC6">
              <w:rPr>
                <w:color w:val="000000" w:themeColor="text1"/>
              </w:rPr>
              <w:t>conda</w:t>
            </w:r>
            <w:proofErr w:type="spellEnd"/>
            <w:r w:rsidRPr="00F64CC6">
              <w:rPr>
                <w:color w:val="000000" w:themeColor="text1"/>
              </w:rPr>
              <w:t xml:space="preserve"> commands.</w:t>
            </w:r>
          </w:p>
        </w:tc>
      </w:tr>
    </w:tbl>
    <w:p w14:paraId="2E7F98DA" w14:textId="77777777" w:rsidR="00F437F9" w:rsidRPr="00F64CC6" w:rsidRDefault="00F437F9" w:rsidP="00F437F9">
      <w:pPr>
        <w:pStyle w:val="Heading2"/>
        <w:rPr>
          <w:color w:val="000000" w:themeColor="text1"/>
        </w:rPr>
      </w:pPr>
      <w:r w:rsidRPr="00F64CC6">
        <w:rPr>
          <w:color w:val="000000" w:themeColor="text1"/>
        </w:rPr>
        <w:t>2.1 Install Anaconda</w:t>
      </w:r>
    </w:p>
    <w:p w14:paraId="7017A880" w14:textId="68255D0F" w:rsidR="00F437F9" w:rsidRPr="00F64CC6" w:rsidRDefault="00E05703" w:rsidP="00E05703">
      <w:pPr>
        <w:pStyle w:val="ListNumber"/>
        <w:numPr>
          <w:ilvl w:val="0"/>
          <w:numId w:val="0"/>
        </w:numPr>
        <w:spacing w:after="40"/>
        <w:ind w:left="360"/>
        <w:rPr>
          <w:rFonts w:hint="eastAsia"/>
          <w:color w:val="000000" w:themeColor="text1"/>
          <w:lang w:eastAsia="zh-CN"/>
        </w:rPr>
      </w:pPr>
      <w:r>
        <w:rPr>
          <w:rFonts w:hint="eastAsia"/>
          <w:color w:val="000000" w:themeColor="text1"/>
          <w:lang w:eastAsia="zh-CN"/>
        </w:rPr>
        <w:t xml:space="preserve">1. </w:t>
      </w:r>
      <w:r w:rsidR="00F437F9" w:rsidRPr="00F64CC6">
        <w:rPr>
          <w:color w:val="000000" w:themeColor="text1"/>
        </w:rPr>
        <w:t>Download the current Anaconda Distribution for your operating system from the official Anaconda website: https://www.anaconda.com/download</w:t>
      </w:r>
    </w:p>
    <w:p w14:paraId="56A83760" w14:textId="455B907B" w:rsidR="00F437F9" w:rsidRPr="00F64CC6" w:rsidRDefault="00E05703" w:rsidP="00E05703">
      <w:pPr>
        <w:pStyle w:val="ListNumber"/>
        <w:numPr>
          <w:ilvl w:val="0"/>
          <w:numId w:val="0"/>
        </w:numPr>
        <w:spacing w:after="40"/>
        <w:ind w:left="360"/>
        <w:rPr>
          <w:color w:val="000000" w:themeColor="text1"/>
        </w:rPr>
      </w:pPr>
      <w:r>
        <w:rPr>
          <w:rFonts w:hint="eastAsia"/>
          <w:color w:val="000000" w:themeColor="text1"/>
          <w:lang w:eastAsia="zh-CN"/>
        </w:rPr>
        <w:t xml:space="preserve">2. </w:t>
      </w:r>
      <w:r w:rsidR="00F437F9" w:rsidRPr="00F64CC6">
        <w:rPr>
          <w:color w:val="000000" w:themeColor="text1"/>
        </w:rPr>
        <w:t>Follow Anaconda's normal installation instructions for Windows, macOS, or Linux.</w:t>
      </w:r>
    </w:p>
    <w:p w14:paraId="0E6147E7" w14:textId="74F7A16E" w:rsidR="00F437F9" w:rsidRPr="00F64CC6" w:rsidRDefault="00E05703" w:rsidP="00E05703">
      <w:pPr>
        <w:pStyle w:val="ListNumber"/>
        <w:numPr>
          <w:ilvl w:val="0"/>
          <w:numId w:val="0"/>
        </w:numPr>
        <w:spacing w:after="40"/>
        <w:ind w:left="360"/>
        <w:rPr>
          <w:color w:val="000000" w:themeColor="text1"/>
        </w:rPr>
      </w:pPr>
      <w:r>
        <w:rPr>
          <w:rFonts w:hint="eastAsia"/>
          <w:color w:val="000000" w:themeColor="text1"/>
          <w:lang w:eastAsia="zh-CN"/>
        </w:rPr>
        <w:t xml:space="preserve">3. </w:t>
      </w:r>
      <w:r w:rsidR="00F437F9" w:rsidRPr="00F64CC6">
        <w:rPr>
          <w:color w:val="000000" w:themeColor="text1"/>
        </w:rPr>
        <w:t>When installation finishes, restart VS Code if it was already open.</w:t>
      </w:r>
    </w:p>
    <w:tbl>
      <w:tblPr>
        <w:tblW w:w="0" w:type="auto"/>
        <w:jc w:val="center"/>
        <w:tblLook w:val="04A0" w:firstRow="1" w:lastRow="0" w:firstColumn="1" w:lastColumn="0" w:noHBand="0" w:noVBand="1"/>
      </w:tblPr>
      <w:tblGrid>
        <w:gridCol w:w="10368"/>
      </w:tblGrid>
      <w:tr w:rsidR="00F437F9" w:rsidRPr="00F64CC6" w14:paraId="59D2F5F8" w14:textId="77777777" w:rsidTr="00F56AF4">
        <w:trPr>
          <w:jc w:val="center"/>
        </w:trPr>
        <w:tc>
          <w:tcPr>
            <w:tcW w:w="10368" w:type="dxa"/>
            <w:shd w:val="clear" w:color="auto" w:fill="FFF6DF"/>
            <w:tcMar>
              <w:top w:w="100" w:type="dxa"/>
              <w:left w:w="120" w:type="dxa"/>
              <w:bottom w:w="100" w:type="dxa"/>
              <w:right w:w="120" w:type="dxa"/>
            </w:tcMar>
          </w:tcPr>
          <w:p w14:paraId="45101D38" w14:textId="77777777" w:rsidR="00F437F9" w:rsidRPr="00F64CC6" w:rsidRDefault="00F437F9" w:rsidP="00F56AF4">
            <w:pPr>
              <w:spacing w:after="80"/>
              <w:rPr>
                <w:color w:val="000000" w:themeColor="text1"/>
              </w:rPr>
            </w:pPr>
            <w:r w:rsidRPr="00F64CC6">
              <w:rPr>
                <w:b/>
                <w:color w:val="000000" w:themeColor="text1"/>
                <w:sz w:val="23"/>
              </w:rPr>
              <w:t>No terminal setup required today</w:t>
            </w:r>
          </w:p>
          <w:p w14:paraId="163DBEF2" w14:textId="77777777" w:rsidR="00F437F9" w:rsidRPr="00F64CC6" w:rsidRDefault="00F437F9" w:rsidP="00F56AF4">
            <w:pPr>
              <w:spacing w:after="40"/>
              <w:rPr>
                <w:color w:val="000000" w:themeColor="text1"/>
              </w:rPr>
            </w:pPr>
            <w:r w:rsidRPr="00F64CC6">
              <w:rPr>
                <w:color w:val="000000" w:themeColor="text1"/>
              </w:rPr>
              <w:t xml:space="preserve">You do not need to open Anaconda Prompt or Terminal, and you do not need to run </w:t>
            </w:r>
            <w:proofErr w:type="spellStart"/>
            <w:r w:rsidRPr="00F64CC6">
              <w:rPr>
                <w:color w:val="000000" w:themeColor="text1"/>
              </w:rPr>
              <w:t>conda</w:t>
            </w:r>
            <w:proofErr w:type="spellEnd"/>
            <w:r w:rsidRPr="00F64CC6">
              <w:rPr>
                <w:color w:val="000000" w:themeColor="text1"/>
              </w:rPr>
              <w:t xml:space="preserve"> create or </w:t>
            </w:r>
            <w:proofErr w:type="spellStart"/>
            <w:r w:rsidRPr="00F64CC6">
              <w:rPr>
                <w:color w:val="000000" w:themeColor="text1"/>
              </w:rPr>
              <w:t>conda</w:t>
            </w:r>
            <w:proofErr w:type="spellEnd"/>
            <w:r w:rsidRPr="00F64CC6">
              <w:rPr>
                <w:color w:val="000000" w:themeColor="text1"/>
              </w:rPr>
              <w:t xml:space="preserve"> activate for this tutorial.</w:t>
            </w:r>
          </w:p>
        </w:tc>
      </w:tr>
    </w:tbl>
    <w:p w14:paraId="0D3323CF" w14:textId="77777777" w:rsidR="00F437F9" w:rsidRDefault="00F437F9" w:rsidP="00F437F9">
      <w:pPr>
        <w:spacing w:after="0"/>
        <w:rPr>
          <w:color w:val="000000" w:themeColor="text1"/>
          <w:lang w:eastAsia="zh-CN"/>
        </w:rPr>
      </w:pPr>
    </w:p>
    <w:p w14:paraId="0F31CC90" w14:textId="77777777" w:rsidR="00DE5A94" w:rsidRPr="00F64CC6" w:rsidRDefault="00DE5A94" w:rsidP="00DE5A94">
      <w:pPr>
        <w:pStyle w:val="Heading2"/>
        <w:rPr>
          <w:color w:val="000000" w:themeColor="text1"/>
        </w:rPr>
      </w:pPr>
      <w:r w:rsidRPr="00F64CC6">
        <w:rPr>
          <w:color w:val="000000" w:themeColor="text1"/>
        </w:rPr>
        <w:t>2.2 Let VS Code find Anaconda's Python</w:t>
      </w:r>
    </w:p>
    <w:p w14:paraId="048169B6" w14:textId="7A646D40" w:rsidR="00DE5A94" w:rsidRPr="00F64CC6" w:rsidRDefault="00886483" w:rsidP="00886483">
      <w:pPr>
        <w:pStyle w:val="ListNumber"/>
        <w:numPr>
          <w:ilvl w:val="0"/>
          <w:numId w:val="0"/>
        </w:numPr>
        <w:spacing w:after="40"/>
        <w:ind w:left="360"/>
        <w:rPr>
          <w:color w:val="000000" w:themeColor="text1"/>
        </w:rPr>
      </w:pPr>
      <w:r>
        <w:rPr>
          <w:rFonts w:hint="eastAsia"/>
          <w:color w:val="000000" w:themeColor="text1"/>
          <w:lang w:eastAsia="zh-CN"/>
        </w:rPr>
        <w:t xml:space="preserve">1. </w:t>
      </w:r>
      <w:r w:rsidR="00DE5A94" w:rsidRPr="00F64CC6">
        <w:rPr>
          <w:color w:val="000000" w:themeColor="text1"/>
        </w:rPr>
        <w:t xml:space="preserve">Create or open hello.py inside your </w:t>
      </w:r>
      <w:proofErr w:type="spellStart"/>
      <w:r w:rsidR="00DE5A94" w:rsidRPr="00F64CC6">
        <w:rPr>
          <w:color w:val="000000" w:themeColor="text1"/>
        </w:rPr>
        <w:t>NRTAgentLab</w:t>
      </w:r>
      <w:proofErr w:type="spellEnd"/>
      <w:r w:rsidR="00DE5A94" w:rsidRPr="00F64CC6">
        <w:rPr>
          <w:color w:val="000000" w:themeColor="text1"/>
        </w:rPr>
        <w:t xml:space="preserve"> folder.</w:t>
      </w:r>
    </w:p>
    <w:p w14:paraId="73C123D6" w14:textId="4202024E" w:rsidR="00DE5A94" w:rsidRDefault="00886483" w:rsidP="00886483">
      <w:pPr>
        <w:pStyle w:val="ListNumber"/>
        <w:numPr>
          <w:ilvl w:val="0"/>
          <w:numId w:val="0"/>
        </w:numPr>
        <w:spacing w:after="40"/>
        <w:ind w:left="360"/>
        <w:rPr>
          <w:color w:val="000000" w:themeColor="text1"/>
          <w:lang w:eastAsia="zh-CN"/>
        </w:rPr>
      </w:pPr>
      <w:r>
        <w:rPr>
          <w:rFonts w:hint="eastAsia"/>
          <w:color w:val="000000" w:themeColor="text1"/>
          <w:lang w:eastAsia="zh-CN"/>
        </w:rPr>
        <w:t xml:space="preserve">2. </w:t>
      </w:r>
      <w:r w:rsidR="00DE5A94" w:rsidRPr="00F64CC6">
        <w:rPr>
          <w:color w:val="000000" w:themeColor="text1"/>
        </w:rPr>
        <w:t>Look at the Python interpreter shown in the VS Code status bar.</w:t>
      </w:r>
    </w:p>
    <w:p w14:paraId="74A236D3" w14:textId="1B458E4C" w:rsidR="006E5020" w:rsidRDefault="006E5020" w:rsidP="006E5020">
      <w:pPr>
        <w:pStyle w:val="ListNumber"/>
        <w:numPr>
          <w:ilvl w:val="0"/>
          <w:numId w:val="0"/>
        </w:numPr>
        <w:spacing w:after="40"/>
        <w:ind w:left="720"/>
        <w:rPr>
          <w:lang w:eastAsia="zh-CN"/>
        </w:rPr>
      </w:pPr>
      <w:r>
        <w:rPr>
          <w:rFonts w:hint="eastAsia"/>
          <w:lang w:eastAsia="zh-CN"/>
        </w:rPr>
        <w:t xml:space="preserve">a. </w:t>
      </w:r>
      <w:r>
        <w:t xml:space="preserve">In VS Code versions, the selected Python interpreter is usually shown in the </w:t>
      </w:r>
      <w:r>
        <w:rPr>
          <w:rStyle w:val="Strong"/>
        </w:rPr>
        <w:t>bottom-right area of the status bar</w:t>
      </w:r>
      <w:r>
        <w:t xml:space="preserve"> when a Python file such as </w:t>
      </w:r>
      <w:r>
        <w:rPr>
          <w:rStyle w:val="HTMLCode"/>
          <w:rFonts w:eastAsiaTheme="minorEastAsia"/>
        </w:rPr>
        <w:t>hello.py</w:t>
      </w:r>
      <w:r>
        <w:t xml:space="preserve"> is open.</w:t>
      </w:r>
    </w:p>
    <w:p w14:paraId="7CA86E77" w14:textId="02CFE966" w:rsidR="006E5020" w:rsidRDefault="006E5020" w:rsidP="006E5020">
      <w:pPr>
        <w:pStyle w:val="ListNumber"/>
        <w:numPr>
          <w:ilvl w:val="0"/>
          <w:numId w:val="0"/>
        </w:numPr>
        <w:spacing w:after="40"/>
        <w:ind w:left="720"/>
        <w:rPr>
          <w:rFonts w:hint="eastAsia"/>
          <w:lang w:eastAsia="zh-CN"/>
        </w:rPr>
      </w:pPr>
      <w:r w:rsidRPr="006E5020">
        <w:rPr>
          <w:lang w:eastAsia="zh-CN"/>
        </w:rPr>
        <w:drawing>
          <wp:inline distT="0" distB="0" distL="0" distR="0" wp14:anchorId="7D398DE5" wp14:editId="700159E1">
            <wp:extent cx="2290905" cy="1375805"/>
            <wp:effectExtent l="0" t="0" r="0" b="0"/>
            <wp:docPr id="458540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540365" name=""/>
                    <pic:cNvPicPr/>
                  </pic:nvPicPr>
                  <pic:blipFill>
                    <a:blip r:embed="rId16"/>
                    <a:stretch>
                      <a:fillRect/>
                    </a:stretch>
                  </pic:blipFill>
                  <pic:spPr>
                    <a:xfrm>
                      <a:off x="0" y="0"/>
                      <a:ext cx="2329739" cy="1399127"/>
                    </a:xfrm>
                    <a:prstGeom prst="rect">
                      <a:avLst/>
                    </a:prstGeom>
                  </pic:spPr>
                </pic:pic>
              </a:graphicData>
            </a:graphic>
          </wp:inline>
        </w:drawing>
      </w:r>
    </w:p>
    <w:p w14:paraId="4290D3E9" w14:textId="71F3072B" w:rsidR="006E5020" w:rsidRPr="006E5020" w:rsidRDefault="006E5020" w:rsidP="006E5020">
      <w:pPr>
        <w:pStyle w:val="pdq2pgselectionanchorcontainer"/>
        <w:ind w:left="720"/>
      </w:pPr>
      <w:r>
        <w:rPr>
          <w:rFonts w:hint="eastAsia"/>
        </w:rPr>
        <w:t xml:space="preserve">b. </w:t>
      </w:r>
      <w:r w:rsidRPr="006E5020">
        <w:t xml:space="preserve">If </w:t>
      </w:r>
      <w:r>
        <w:rPr>
          <w:rFonts w:hint="eastAsia"/>
        </w:rPr>
        <w:t>you</w:t>
      </w:r>
      <w:r w:rsidRPr="006E5020">
        <w:t xml:space="preserve"> do </w:t>
      </w:r>
      <w:r w:rsidRPr="006E5020">
        <w:rPr>
          <w:b/>
          <w:bCs/>
        </w:rPr>
        <w:t>not</w:t>
      </w:r>
      <w:r w:rsidRPr="006E5020">
        <w:t xml:space="preserve"> see it, the easiest method is:</w:t>
      </w:r>
    </w:p>
    <w:p w14:paraId="491E6078" w14:textId="77777777" w:rsidR="006E5020" w:rsidRPr="006E5020" w:rsidRDefault="006E5020" w:rsidP="006E5020">
      <w:pPr>
        <w:numPr>
          <w:ilvl w:val="0"/>
          <w:numId w:val="12"/>
        </w:numPr>
        <w:tabs>
          <w:tab w:val="clear" w:pos="720"/>
          <w:tab w:val="num" w:pos="1440"/>
        </w:tabs>
        <w:spacing w:before="100" w:beforeAutospacing="1" w:after="100" w:afterAutospacing="1" w:line="240" w:lineRule="auto"/>
        <w:ind w:left="1440"/>
        <w:rPr>
          <w:rFonts w:ascii="Times New Roman" w:eastAsia="Times New Roman" w:hAnsi="Times New Roman" w:cs="Times New Roman"/>
          <w:sz w:val="24"/>
          <w:szCs w:val="24"/>
          <w:lang w:eastAsia="zh-CN"/>
        </w:rPr>
      </w:pPr>
      <w:r w:rsidRPr="006E5020">
        <w:rPr>
          <w:rFonts w:ascii="Times New Roman" w:eastAsia="Times New Roman" w:hAnsi="Times New Roman" w:cs="Times New Roman"/>
          <w:sz w:val="24"/>
          <w:szCs w:val="24"/>
          <w:lang w:eastAsia="zh-CN"/>
        </w:rPr>
        <w:lastRenderedPageBreak/>
        <w:t xml:space="preserve">Open </w:t>
      </w:r>
      <w:r w:rsidRPr="006E5020">
        <w:rPr>
          <w:rFonts w:ascii="Courier New" w:eastAsia="Times New Roman" w:hAnsi="Courier New" w:cs="Courier New"/>
          <w:sz w:val="20"/>
          <w:szCs w:val="20"/>
          <w:lang w:eastAsia="zh-CN"/>
        </w:rPr>
        <w:t>hello.py</w:t>
      </w:r>
      <w:r w:rsidRPr="006E5020">
        <w:rPr>
          <w:rFonts w:ascii="Times New Roman" w:eastAsia="Times New Roman" w:hAnsi="Times New Roman" w:cs="Times New Roman"/>
          <w:sz w:val="24"/>
          <w:szCs w:val="24"/>
          <w:lang w:eastAsia="zh-CN"/>
        </w:rPr>
        <w:t xml:space="preserve"> in VS Code. </w:t>
      </w:r>
    </w:p>
    <w:p w14:paraId="2D67B8BB" w14:textId="77777777" w:rsidR="006E5020" w:rsidRDefault="006E5020" w:rsidP="006E5020">
      <w:pPr>
        <w:numPr>
          <w:ilvl w:val="0"/>
          <w:numId w:val="12"/>
        </w:numPr>
        <w:tabs>
          <w:tab w:val="clear" w:pos="720"/>
          <w:tab w:val="num" w:pos="1440"/>
        </w:tabs>
        <w:spacing w:before="100" w:beforeAutospacing="1" w:after="100" w:afterAutospacing="1" w:line="240" w:lineRule="auto"/>
        <w:ind w:left="1440"/>
        <w:rPr>
          <w:rFonts w:ascii="Times New Roman" w:eastAsia="Times New Roman" w:hAnsi="Times New Roman" w:cs="Times New Roman"/>
          <w:sz w:val="24"/>
          <w:szCs w:val="24"/>
          <w:lang w:eastAsia="zh-CN"/>
        </w:rPr>
      </w:pPr>
      <w:r w:rsidRPr="006E5020">
        <w:rPr>
          <w:rFonts w:ascii="Times New Roman" w:eastAsia="Times New Roman" w:hAnsi="Times New Roman" w:cs="Times New Roman"/>
          <w:sz w:val="24"/>
          <w:szCs w:val="24"/>
          <w:lang w:eastAsia="zh-CN"/>
        </w:rPr>
        <w:t xml:space="preserve">Press </w:t>
      </w:r>
      <w:proofErr w:type="spellStart"/>
      <w:r w:rsidRPr="006E5020">
        <w:rPr>
          <w:rFonts w:ascii="Courier New" w:eastAsia="Times New Roman" w:hAnsi="Courier New" w:cs="Courier New"/>
          <w:sz w:val="20"/>
          <w:szCs w:val="20"/>
          <w:lang w:eastAsia="zh-CN"/>
        </w:rPr>
        <w:t>Ctrl+Shift+P</w:t>
      </w:r>
      <w:proofErr w:type="spellEnd"/>
      <w:r w:rsidRPr="006E5020">
        <w:rPr>
          <w:rFonts w:ascii="Times New Roman" w:eastAsia="Times New Roman" w:hAnsi="Times New Roman" w:cs="Times New Roman"/>
          <w:sz w:val="24"/>
          <w:szCs w:val="24"/>
          <w:lang w:eastAsia="zh-CN"/>
        </w:rPr>
        <w:t xml:space="preserve"> on Windows/Linux or </w:t>
      </w:r>
      <w:proofErr w:type="spellStart"/>
      <w:r w:rsidRPr="006E5020">
        <w:rPr>
          <w:rFonts w:ascii="Courier New" w:eastAsia="Times New Roman" w:hAnsi="Courier New" w:cs="Courier New"/>
          <w:sz w:val="20"/>
          <w:szCs w:val="20"/>
          <w:lang w:eastAsia="zh-CN"/>
        </w:rPr>
        <w:t>Cmd+Shift+P</w:t>
      </w:r>
      <w:proofErr w:type="spellEnd"/>
      <w:r w:rsidRPr="006E5020">
        <w:rPr>
          <w:rFonts w:ascii="Times New Roman" w:eastAsia="Times New Roman" w:hAnsi="Times New Roman" w:cs="Times New Roman"/>
          <w:sz w:val="24"/>
          <w:szCs w:val="24"/>
          <w:lang w:eastAsia="zh-CN"/>
        </w:rPr>
        <w:t xml:space="preserve"> on macOS. </w:t>
      </w:r>
    </w:p>
    <w:p w14:paraId="71CE0DBC" w14:textId="703139B8" w:rsidR="00EA4F71" w:rsidRPr="006E5020" w:rsidRDefault="00EA4F71" w:rsidP="00EA4F71">
      <w:pPr>
        <w:spacing w:before="100" w:beforeAutospacing="1" w:after="100" w:afterAutospacing="1" w:line="240" w:lineRule="auto"/>
        <w:ind w:left="1440"/>
        <w:rPr>
          <w:rFonts w:ascii="Times New Roman" w:eastAsia="Times New Roman" w:hAnsi="Times New Roman" w:cs="Times New Roman" w:hint="eastAsia"/>
          <w:sz w:val="24"/>
          <w:szCs w:val="24"/>
          <w:lang w:eastAsia="zh-CN"/>
        </w:rPr>
      </w:pPr>
      <w:r w:rsidRPr="00EA4F71">
        <w:rPr>
          <w:rFonts w:ascii="Times New Roman" w:eastAsia="Times New Roman" w:hAnsi="Times New Roman" w:cs="Times New Roman"/>
          <w:sz w:val="24"/>
          <w:szCs w:val="24"/>
          <w:lang w:eastAsia="zh-CN"/>
        </w:rPr>
        <w:drawing>
          <wp:inline distT="0" distB="0" distL="0" distR="0" wp14:anchorId="2B8040A1" wp14:editId="22F57A04">
            <wp:extent cx="4221985" cy="936590"/>
            <wp:effectExtent l="0" t="0" r="0" b="3810"/>
            <wp:docPr id="1963662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62528" name=""/>
                    <pic:cNvPicPr/>
                  </pic:nvPicPr>
                  <pic:blipFill>
                    <a:blip r:embed="rId17"/>
                    <a:stretch>
                      <a:fillRect/>
                    </a:stretch>
                  </pic:blipFill>
                  <pic:spPr>
                    <a:xfrm>
                      <a:off x="0" y="0"/>
                      <a:ext cx="4251399" cy="943115"/>
                    </a:xfrm>
                    <a:prstGeom prst="rect">
                      <a:avLst/>
                    </a:prstGeom>
                  </pic:spPr>
                </pic:pic>
              </a:graphicData>
            </a:graphic>
          </wp:inline>
        </w:drawing>
      </w:r>
    </w:p>
    <w:p w14:paraId="7F26AF4D" w14:textId="77777777" w:rsidR="006E5020" w:rsidRPr="006E5020" w:rsidRDefault="006E5020" w:rsidP="006E5020">
      <w:pPr>
        <w:numPr>
          <w:ilvl w:val="0"/>
          <w:numId w:val="12"/>
        </w:numPr>
        <w:tabs>
          <w:tab w:val="clear" w:pos="720"/>
          <w:tab w:val="num" w:pos="1440"/>
        </w:tabs>
        <w:spacing w:before="100" w:beforeAutospacing="1" w:after="100" w:afterAutospacing="1" w:line="240" w:lineRule="auto"/>
        <w:ind w:left="1440"/>
        <w:rPr>
          <w:rFonts w:ascii="Times New Roman" w:eastAsia="Times New Roman" w:hAnsi="Times New Roman" w:cs="Times New Roman"/>
          <w:sz w:val="24"/>
          <w:szCs w:val="24"/>
          <w:lang w:eastAsia="zh-CN"/>
        </w:rPr>
      </w:pPr>
      <w:r w:rsidRPr="006E5020">
        <w:rPr>
          <w:rFonts w:ascii="Times New Roman" w:eastAsia="Times New Roman" w:hAnsi="Times New Roman" w:cs="Times New Roman"/>
          <w:sz w:val="24"/>
          <w:szCs w:val="24"/>
          <w:lang w:eastAsia="zh-CN"/>
        </w:rPr>
        <w:t xml:space="preserve">Type </w:t>
      </w:r>
      <w:r w:rsidRPr="006E5020">
        <w:rPr>
          <w:rFonts w:ascii="Times New Roman" w:eastAsia="Times New Roman" w:hAnsi="Times New Roman" w:cs="Times New Roman"/>
          <w:b/>
          <w:bCs/>
          <w:sz w:val="24"/>
          <w:szCs w:val="24"/>
          <w:lang w:eastAsia="zh-CN"/>
        </w:rPr>
        <w:t>Python: Select Interpreter</w:t>
      </w:r>
      <w:r w:rsidRPr="006E5020">
        <w:rPr>
          <w:rFonts w:ascii="Times New Roman" w:eastAsia="Times New Roman" w:hAnsi="Times New Roman" w:cs="Times New Roman"/>
          <w:sz w:val="24"/>
          <w:szCs w:val="24"/>
          <w:lang w:eastAsia="zh-CN"/>
        </w:rPr>
        <w:t xml:space="preserve">. </w:t>
      </w:r>
    </w:p>
    <w:p w14:paraId="0A202738" w14:textId="77777777" w:rsidR="006E5020" w:rsidRPr="006E5020" w:rsidRDefault="006E5020" w:rsidP="006E5020">
      <w:pPr>
        <w:numPr>
          <w:ilvl w:val="0"/>
          <w:numId w:val="12"/>
        </w:numPr>
        <w:tabs>
          <w:tab w:val="clear" w:pos="720"/>
          <w:tab w:val="num" w:pos="1440"/>
        </w:tabs>
        <w:spacing w:before="100" w:beforeAutospacing="1" w:after="100" w:afterAutospacing="1" w:line="240" w:lineRule="auto"/>
        <w:ind w:left="1440"/>
        <w:rPr>
          <w:rFonts w:ascii="Times New Roman" w:eastAsia="Times New Roman" w:hAnsi="Times New Roman" w:cs="Times New Roman"/>
          <w:sz w:val="24"/>
          <w:szCs w:val="24"/>
          <w:lang w:eastAsia="zh-CN"/>
        </w:rPr>
      </w:pPr>
      <w:r w:rsidRPr="006E5020">
        <w:rPr>
          <w:rFonts w:ascii="Times New Roman" w:eastAsia="Times New Roman" w:hAnsi="Times New Roman" w:cs="Times New Roman"/>
          <w:sz w:val="24"/>
          <w:szCs w:val="24"/>
          <w:lang w:eastAsia="zh-CN"/>
        </w:rPr>
        <w:t xml:space="preserve">Choose one of the listed Python interpreters, preferably the one associated with </w:t>
      </w:r>
      <w:r w:rsidRPr="006E5020">
        <w:rPr>
          <w:rFonts w:ascii="Times New Roman" w:eastAsia="Times New Roman" w:hAnsi="Times New Roman" w:cs="Times New Roman"/>
          <w:b/>
          <w:bCs/>
          <w:sz w:val="24"/>
          <w:szCs w:val="24"/>
          <w:lang w:eastAsia="zh-CN"/>
        </w:rPr>
        <w:t>Anaconda</w:t>
      </w:r>
      <w:r w:rsidRPr="006E5020">
        <w:rPr>
          <w:rFonts w:ascii="Times New Roman" w:eastAsia="Times New Roman" w:hAnsi="Times New Roman" w:cs="Times New Roman"/>
          <w:sz w:val="24"/>
          <w:szCs w:val="24"/>
          <w:lang w:eastAsia="zh-CN"/>
        </w:rPr>
        <w:t xml:space="preserve"> or </w:t>
      </w:r>
      <w:proofErr w:type="spellStart"/>
      <w:r w:rsidRPr="006E5020">
        <w:rPr>
          <w:rFonts w:ascii="Times New Roman" w:eastAsia="Times New Roman" w:hAnsi="Times New Roman" w:cs="Times New Roman"/>
          <w:b/>
          <w:bCs/>
          <w:sz w:val="24"/>
          <w:szCs w:val="24"/>
          <w:lang w:eastAsia="zh-CN"/>
        </w:rPr>
        <w:t>conda</w:t>
      </w:r>
      <w:proofErr w:type="spellEnd"/>
      <w:r w:rsidRPr="006E5020">
        <w:rPr>
          <w:rFonts w:ascii="Times New Roman" w:eastAsia="Times New Roman" w:hAnsi="Times New Roman" w:cs="Times New Roman"/>
          <w:sz w:val="24"/>
          <w:szCs w:val="24"/>
          <w:lang w:eastAsia="zh-CN"/>
        </w:rPr>
        <w:t xml:space="preserve">. </w:t>
      </w:r>
    </w:p>
    <w:p w14:paraId="3EEE9129" w14:textId="1DA5EEB3" w:rsidR="006E5020" w:rsidRPr="00A5289F" w:rsidRDefault="006E5020" w:rsidP="00A5289F">
      <w:pPr>
        <w:numPr>
          <w:ilvl w:val="0"/>
          <w:numId w:val="12"/>
        </w:numPr>
        <w:tabs>
          <w:tab w:val="clear" w:pos="720"/>
          <w:tab w:val="num" w:pos="1440"/>
        </w:tabs>
        <w:spacing w:before="100" w:beforeAutospacing="1" w:after="100" w:afterAutospacing="1" w:line="240" w:lineRule="auto"/>
        <w:ind w:left="1440"/>
        <w:rPr>
          <w:rFonts w:ascii="Times New Roman" w:eastAsia="Times New Roman" w:hAnsi="Times New Roman" w:cs="Times New Roman" w:hint="eastAsia"/>
          <w:sz w:val="24"/>
          <w:szCs w:val="24"/>
          <w:lang w:eastAsia="zh-CN"/>
        </w:rPr>
      </w:pPr>
      <w:r w:rsidRPr="006E5020">
        <w:rPr>
          <w:rFonts w:ascii="Times New Roman" w:eastAsia="Times New Roman" w:hAnsi="Times New Roman" w:cs="Times New Roman"/>
          <w:sz w:val="24"/>
          <w:szCs w:val="24"/>
          <w:lang w:eastAsia="zh-CN"/>
        </w:rPr>
        <w:t>After selection, VS Code should use that Python for the file.</w:t>
      </w:r>
    </w:p>
    <w:p w14:paraId="5388B5D6" w14:textId="091F7387" w:rsidR="00DE5A94" w:rsidRPr="00F64CC6" w:rsidRDefault="00886483" w:rsidP="00886483">
      <w:pPr>
        <w:pStyle w:val="ListNumber"/>
        <w:numPr>
          <w:ilvl w:val="0"/>
          <w:numId w:val="0"/>
        </w:numPr>
        <w:spacing w:after="40"/>
        <w:ind w:left="360"/>
        <w:rPr>
          <w:color w:val="000000" w:themeColor="text1"/>
        </w:rPr>
      </w:pPr>
      <w:r>
        <w:rPr>
          <w:rFonts w:hint="eastAsia"/>
          <w:color w:val="000000" w:themeColor="text1"/>
          <w:lang w:eastAsia="zh-CN"/>
        </w:rPr>
        <w:t xml:space="preserve">3. </w:t>
      </w:r>
      <w:r w:rsidR="00DE5A94" w:rsidRPr="00F64CC6">
        <w:rPr>
          <w:color w:val="000000" w:themeColor="text1"/>
        </w:rPr>
        <w:t>If a Python version is already selected, continue to Part 3.</w:t>
      </w:r>
    </w:p>
    <w:p w14:paraId="3EB4BE90" w14:textId="68CF7693" w:rsidR="00DE5A94" w:rsidRPr="00F64CC6" w:rsidRDefault="00886483" w:rsidP="00886483">
      <w:pPr>
        <w:pStyle w:val="ListNumber"/>
        <w:numPr>
          <w:ilvl w:val="0"/>
          <w:numId w:val="0"/>
        </w:numPr>
        <w:spacing w:after="40"/>
        <w:ind w:left="360"/>
        <w:rPr>
          <w:color w:val="000000" w:themeColor="text1"/>
        </w:rPr>
      </w:pPr>
      <w:r>
        <w:rPr>
          <w:rFonts w:hint="eastAsia"/>
          <w:color w:val="000000" w:themeColor="text1"/>
          <w:lang w:eastAsia="zh-CN"/>
        </w:rPr>
        <w:t xml:space="preserve">4. </w:t>
      </w:r>
      <w:r w:rsidR="00DE5A94" w:rsidRPr="00F64CC6">
        <w:rPr>
          <w:color w:val="000000" w:themeColor="text1"/>
        </w:rPr>
        <w:t xml:space="preserve">If VS Code asks you to select an interpreter, choose an available Python 3 interpreter associated with Anaconda or </w:t>
      </w:r>
      <w:proofErr w:type="spellStart"/>
      <w:r w:rsidR="00DE5A94" w:rsidRPr="00F64CC6">
        <w:rPr>
          <w:color w:val="000000" w:themeColor="text1"/>
        </w:rPr>
        <w:t>conda</w:t>
      </w:r>
      <w:proofErr w:type="spellEnd"/>
      <w:r w:rsidR="00DE5A94" w:rsidRPr="00F64CC6">
        <w:rPr>
          <w:color w:val="000000" w:themeColor="text1"/>
        </w:rPr>
        <w:t>.</w:t>
      </w:r>
    </w:p>
    <w:p w14:paraId="36FF82C3" w14:textId="36B8E0E1" w:rsidR="00DE5A94" w:rsidRPr="00F64CC6" w:rsidRDefault="00886483" w:rsidP="00886483">
      <w:pPr>
        <w:pStyle w:val="ListNumber"/>
        <w:numPr>
          <w:ilvl w:val="0"/>
          <w:numId w:val="0"/>
        </w:numPr>
        <w:spacing w:after="40"/>
        <w:ind w:left="360"/>
        <w:rPr>
          <w:color w:val="000000" w:themeColor="text1"/>
        </w:rPr>
      </w:pPr>
      <w:r>
        <w:rPr>
          <w:rFonts w:hint="eastAsia"/>
          <w:color w:val="000000" w:themeColor="text1"/>
          <w:lang w:eastAsia="zh-CN"/>
        </w:rPr>
        <w:t xml:space="preserve">5. </w:t>
      </w:r>
      <w:r w:rsidR="00DE5A94" w:rsidRPr="00F64CC6">
        <w:rPr>
          <w:color w:val="000000" w:themeColor="text1"/>
        </w:rPr>
        <w:t>If no Python interpreter appears, ask an instructor for help before continuing.</w:t>
      </w:r>
    </w:p>
    <w:tbl>
      <w:tblPr>
        <w:tblW w:w="0" w:type="auto"/>
        <w:jc w:val="center"/>
        <w:tblLook w:val="04A0" w:firstRow="1" w:lastRow="0" w:firstColumn="1" w:lastColumn="0" w:noHBand="0" w:noVBand="1"/>
      </w:tblPr>
      <w:tblGrid>
        <w:gridCol w:w="10368"/>
      </w:tblGrid>
      <w:tr w:rsidR="00DE5A94" w:rsidRPr="00F64CC6" w14:paraId="0F2F0FE8" w14:textId="77777777" w:rsidTr="00F56AF4">
        <w:trPr>
          <w:jc w:val="center"/>
        </w:trPr>
        <w:tc>
          <w:tcPr>
            <w:tcW w:w="10368" w:type="dxa"/>
            <w:shd w:val="clear" w:color="auto" w:fill="EAF2F8"/>
            <w:tcMar>
              <w:top w:w="100" w:type="dxa"/>
              <w:left w:w="120" w:type="dxa"/>
              <w:bottom w:w="100" w:type="dxa"/>
              <w:right w:w="120" w:type="dxa"/>
            </w:tcMar>
          </w:tcPr>
          <w:p w14:paraId="034854A0" w14:textId="77777777" w:rsidR="00DE5A94" w:rsidRPr="00F64CC6" w:rsidRDefault="00DE5A94" w:rsidP="00F56AF4">
            <w:pPr>
              <w:spacing w:after="80"/>
              <w:rPr>
                <w:color w:val="000000" w:themeColor="text1"/>
              </w:rPr>
            </w:pPr>
            <w:r w:rsidRPr="00F64CC6">
              <w:rPr>
                <w:b/>
                <w:color w:val="000000" w:themeColor="text1"/>
                <w:sz w:val="23"/>
              </w:rPr>
              <w:t>What should you see?</w:t>
            </w:r>
          </w:p>
          <w:p w14:paraId="08E3332E" w14:textId="77777777" w:rsidR="00DE5A94" w:rsidRPr="00F64CC6" w:rsidRDefault="00DE5A94" w:rsidP="00F56AF4">
            <w:pPr>
              <w:spacing w:after="40"/>
              <w:rPr>
                <w:color w:val="000000" w:themeColor="text1"/>
              </w:rPr>
            </w:pPr>
            <w:r w:rsidRPr="00F64CC6">
              <w:rPr>
                <w:color w:val="000000" w:themeColor="text1"/>
              </w:rPr>
              <w:t>A Python 3.x interpreter should be selected in VS Code. The exact version may differ across computers.</w:t>
            </w:r>
          </w:p>
        </w:tc>
      </w:tr>
    </w:tbl>
    <w:p w14:paraId="1B81F77D" w14:textId="77777777" w:rsidR="00DE5A94" w:rsidRPr="00F64CC6" w:rsidRDefault="00DE5A94" w:rsidP="00DE5A94">
      <w:pPr>
        <w:spacing w:after="0"/>
        <w:rPr>
          <w:color w:val="000000" w:themeColor="text1"/>
        </w:rPr>
      </w:pPr>
    </w:p>
    <w:tbl>
      <w:tblPr>
        <w:tblW w:w="0" w:type="auto"/>
        <w:jc w:val="center"/>
        <w:tblLook w:val="04A0" w:firstRow="1" w:lastRow="0" w:firstColumn="1" w:lastColumn="0" w:noHBand="0" w:noVBand="1"/>
      </w:tblPr>
      <w:tblGrid>
        <w:gridCol w:w="10368"/>
      </w:tblGrid>
      <w:tr w:rsidR="00DE5A94" w:rsidRPr="00F64CC6" w14:paraId="11BA9814" w14:textId="77777777" w:rsidTr="00F56AF4">
        <w:trPr>
          <w:jc w:val="center"/>
        </w:trPr>
        <w:tc>
          <w:tcPr>
            <w:tcW w:w="10368" w:type="dxa"/>
            <w:shd w:val="clear" w:color="auto" w:fill="EAF2F8"/>
            <w:tcMar>
              <w:top w:w="100" w:type="dxa"/>
              <w:left w:w="120" w:type="dxa"/>
              <w:bottom w:w="100" w:type="dxa"/>
              <w:right w:w="120" w:type="dxa"/>
            </w:tcMar>
          </w:tcPr>
          <w:p w14:paraId="64003430" w14:textId="77777777" w:rsidR="00DE5A94" w:rsidRPr="00F64CC6" w:rsidRDefault="00DE5A94" w:rsidP="00F56AF4">
            <w:pPr>
              <w:spacing w:after="80"/>
              <w:rPr>
                <w:color w:val="000000" w:themeColor="text1"/>
              </w:rPr>
            </w:pPr>
            <w:r w:rsidRPr="00F64CC6">
              <w:rPr>
                <w:b/>
                <w:color w:val="000000" w:themeColor="text1"/>
                <w:sz w:val="23"/>
              </w:rPr>
              <w:t>Checkpoint</w:t>
            </w:r>
          </w:p>
          <w:p w14:paraId="76DEF95A" w14:textId="77777777" w:rsidR="00DE5A94" w:rsidRPr="00F64CC6" w:rsidRDefault="00DE5A94" w:rsidP="00F56AF4">
            <w:pPr>
              <w:spacing w:after="40"/>
              <w:rPr>
                <w:color w:val="000000" w:themeColor="text1"/>
              </w:rPr>
            </w:pPr>
            <w:r w:rsidRPr="00F64CC6">
              <w:rPr>
                <w:color w:val="000000" w:themeColor="text1"/>
              </w:rPr>
              <w:t>☐ Anaconda is installed.</w:t>
            </w:r>
          </w:p>
          <w:p w14:paraId="6310E71B" w14:textId="77777777" w:rsidR="00DE5A94" w:rsidRPr="00F64CC6" w:rsidRDefault="00DE5A94" w:rsidP="00F56AF4">
            <w:pPr>
              <w:spacing w:after="40"/>
              <w:rPr>
                <w:color w:val="000000" w:themeColor="text1"/>
              </w:rPr>
            </w:pPr>
            <w:r w:rsidRPr="00F64CC6">
              <w:rPr>
                <w:color w:val="000000" w:themeColor="text1"/>
              </w:rPr>
              <w:t>☐ VS Code shows a Python 3 interpreter.</w:t>
            </w:r>
          </w:p>
          <w:p w14:paraId="1A7EE8ED" w14:textId="77777777" w:rsidR="00DE5A94" w:rsidRPr="00F64CC6" w:rsidRDefault="00DE5A94" w:rsidP="00F56AF4">
            <w:pPr>
              <w:spacing w:after="40"/>
              <w:rPr>
                <w:color w:val="000000" w:themeColor="text1"/>
              </w:rPr>
            </w:pPr>
            <w:r w:rsidRPr="00F64CC6">
              <w:rPr>
                <w:color w:val="000000" w:themeColor="text1"/>
              </w:rPr>
              <w:t>☐ No command-line environment setup was required.</w:t>
            </w:r>
          </w:p>
        </w:tc>
      </w:tr>
    </w:tbl>
    <w:p w14:paraId="4355AE6D" w14:textId="4F005F34" w:rsidR="00C46C38" w:rsidRPr="00416DEE" w:rsidRDefault="00000000">
      <w:pPr>
        <w:pStyle w:val="Heading1"/>
        <w:rPr>
          <w:color w:val="000000" w:themeColor="text1"/>
        </w:rPr>
      </w:pPr>
      <w:r w:rsidRPr="00416DEE">
        <w:rPr>
          <w:color w:val="000000" w:themeColor="text1"/>
        </w:rPr>
        <w:t>Part 3 — Run and debug a Python script</w:t>
      </w:r>
    </w:p>
    <w:p w14:paraId="49115254" w14:textId="413439CC" w:rsidR="00C46C38" w:rsidRPr="00416DEE" w:rsidRDefault="00000000" w:rsidP="00793489">
      <w:pPr>
        <w:pStyle w:val="ListNumber"/>
        <w:numPr>
          <w:ilvl w:val="1"/>
          <w:numId w:val="13"/>
        </w:numPr>
      </w:pPr>
      <w:r w:rsidRPr="00416DEE">
        <w:t xml:space="preserve">Create hello.py inside </w:t>
      </w:r>
      <w:proofErr w:type="spellStart"/>
      <w:r w:rsidRPr="00416DEE">
        <w:t>NRTAgentLab</w:t>
      </w:r>
      <w:proofErr w:type="spellEnd"/>
      <w:r w:rsidRPr="00416DEE">
        <w:t>.</w:t>
      </w:r>
    </w:p>
    <w:p w14:paraId="38904C57" w14:textId="4B1F7B7C" w:rsidR="00C46C38" w:rsidRPr="00416DEE" w:rsidRDefault="00000000" w:rsidP="00793489">
      <w:pPr>
        <w:pStyle w:val="ListNumber"/>
        <w:numPr>
          <w:ilvl w:val="1"/>
          <w:numId w:val="13"/>
        </w:numPr>
        <w:spacing w:after="40"/>
        <w:rPr>
          <w:color w:val="000000" w:themeColor="text1"/>
        </w:rPr>
      </w:pPr>
      <w:r w:rsidRPr="00416DEE">
        <w:rPr>
          <w:color w:val="000000" w:themeColor="text1"/>
        </w:rPr>
        <w:t>Enter the following code:</w:t>
      </w:r>
    </w:p>
    <w:tbl>
      <w:tblPr>
        <w:tblW w:w="0" w:type="auto"/>
        <w:tblLook w:val="04A0" w:firstRow="1" w:lastRow="0" w:firstColumn="1" w:lastColumn="0" w:noHBand="0" w:noVBand="1"/>
      </w:tblPr>
      <w:tblGrid>
        <w:gridCol w:w="10368"/>
      </w:tblGrid>
      <w:tr w:rsidR="00000000" w:rsidRPr="00416DEE" w14:paraId="6D0FD314" w14:textId="77777777">
        <w:trPr>
          <w:cantSplit/>
        </w:trPr>
        <w:tc>
          <w:tcPr>
            <w:tcW w:w="10368" w:type="dxa"/>
            <w:shd w:val="clear" w:color="auto" w:fill="F6F8FA"/>
            <w:tcMar>
              <w:top w:w="80" w:type="dxa"/>
              <w:left w:w="100" w:type="dxa"/>
              <w:bottom w:w="80" w:type="dxa"/>
              <w:right w:w="100" w:type="dxa"/>
            </w:tcMar>
          </w:tcPr>
          <w:p w14:paraId="12CD67B2" w14:textId="77777777" w:rsidR="00C46C38" w:rsidRPr="00416DEE" w:rsidRDefault="00000000">
            <w:pPr>
              <w:pStyle w:val="CodeBlock"/>
              <w:rPr>
                <w:color w:val="000000" w:themeColor="text1"/>
              </w:rPr>
            </w:pPr>
            <w:r w:rsidRPr="00416DEE">
              <w:rPr>
                <w:color w:val="000000" w:themeColor="text1"/>
              </w:rPr>
              <w:t>def greet(name):</w:t>
            </w:r>
            <w:r w:rsidRPr="00416DEE">
              <w:rPr>
                <w:color w:val="000000" w:themeColor="text1"/>
              </w:rPr>
              <w:br/>
              <w:t xml:space="preserve">    message = f"Hello, {name}!"</w:t>
            </w:r>
            <w:r w:rsidRPr="00416DEE">
              <w:rPr>
                <w:color w:val="000000" w:themeColor="text1"/>
              </w:rPr>
              <w:br/>
              <w:t xml:space="preserve">    return message</w:t>
            </w:r>
            <w:r w:rsidRPr="00416DEE">
              <w:rPr>
                <w:color w:val="000000" w:themeColor="text1"/>
              </w:rPr>
              <w:br/>
            </w:r>
            <w:r w:rsidRPr="00416DEE">
              <w:rPr>
                <w:color w:val="000000" w:themeColor="text1"/>
              </w:rPr>
              <w:br/>
              <w:t>student_name = "NRT"</w:t>
            </w:r>
            <w:r w:rsidRPr="00416DEE">
              <w:rPr>
                <w:color w:val="000000" w:themeColor="text1"/>
              </w:rPr>
              <w:br/>
              <w:t>print(greet(student_name))</w:t>
            </w:r>
          </w:p>
        </w:tc>
      </w:tr>
    </w:tbl>
    <w:p w14:paraId="1321A80B" w14:textId="77777777" w:rsidR="00C46C38" w:rsidRPr="00416DEE" w:rsidRDefault="00C46C38">
      <w:pPr>
        <w:spacing w:after="0"/>
        <w:rPr>
          <w:color w:val="000000" w:themeColor="text1"/>
        </w:rPr>
      </w:pPr>
    </w:p>
    <w:p w14:paraId="0D38788E" w14:textId="13CDE95A" w:rsidR="00C46C38" w:rsidRPr="00416DEE" w:rsidRDefault="00000000" w:rsidP="00B2100B">
      <w:pPr>
        <w:pStyle w:val="ListNumber"/>
        <w:numPr>
          <w:ilvl w:val="1"/>
          <w:numId w:val="13"/>
        </w:numPr>
        <w:spacing w:after="40"/>
        <w:rPr>
          <w:color w:val="000000" w:themeColor="text1"/>
        </w:rPr>
      </w:pPr>
      <w:r w:rsidRPr="00416DEE">
        <w:rPr>
          <w:color w:val="000000" w:themeColor="text1"/>
        </w:rPr>
        <w:t>Run the file using the Run button.</w:t>
      </w:r>
    </w:p>
    <w:p w14:paraId="4A7588CC" w14:textId="245F7293" w:rsidR="00C46C38" w:rsidRPr="00416DEE" w:rsidRDefault="00000000" w:rsidP="00B2100B">
      <w:pPr>
        <w:pStyle w:val="ListNumber"/>
        <w:numPr>
          <w:ilvl w:val="1"/>
          <w:numId w:val="13"/>
        </w:numPr>
        <w:spacing w:after="40"/>
        <w:rPr>
          <w:color w:val="000000" w:themeColor="text1"/>
        </w:rPr>
      </w:pPr>
      <w:r w:rsidRPr="00416DEE">
        <w:rPr>
          <w:color w:val="000000" w:themeColor="text1"/>
        </w:rPr>
        <w:t>Set a breakpoint on the line that creates message, then start the debugger.</w:t>
      </w:r>
    </w:p>
    <w:p w14:paraId="1A0DD034" w14:textId="2EE9CC4F" w:rsidR="00C46C38" w:rsidRPr="00416DEE" w:rsidRDefault="00000000" w:rsidP="00B2100B">
      <w:pPr>
        <w:pStyle w:val="ListNumber"/>
        <w:numPr>
          <w:ilvl w:val="1"/>
          <w:numId w:val="13"/>
        </w:numPr>
        <w:spacing w:after="40"/>
        <w:rPr>
          <w:color w:val="000000" w:themeColor="text1"/>
        </w:rPr>
      </w:pPr>
      <w:r w:rsidRPr="00416DEE">
        <w:rPr>
          <w:color w:val="000000" w:themeColor="text1"/>
        </w:rPr>
        <w:t>Use Step Over and inspect name and message in the Variables panel.</w:t>
      </w:r>
    </w:p>
    <w:tbl>
      <w:tblPr>
        <w:tblW w:w="0" w:type="auto"/>
        <w:jc w:val="center"/>
        <w:tblLook w:val="04A0" w:firstRow="1" w:lastRow="0" w:firstColumn="1" w:lastColumn="0" w:noHBand="0" w:noVBand="1"/>
      </w:tblPr>
      <w:tblGrid>
        <w:gridCol w:w="10368"/>
      </w:tblGrid>
      <w:tr w:rsidR="00000000" w:rsidRPr="00416DEE" w14:paraId="42008FA6" w14:textId="77777777">
        <w:trPr>
          <w:cantSplit/>
          <w:jc w:val="center"/>
        </w:trPr>
        <w:tc>
          <w:tcPr>
            <w:tcW w:w="10368" w:type="dxa"/>
            <w:shd w:val="clear" w:color="auto" w:fill="EAF2F8"/>
            <w:tcMar>
              <w:top w:w="100" w:type="dxa"/>
              <w:left w:w="120" w:type="dxa"/>
              <w:bottom w:w="100" w:type="dxa"/>
              <w:right w:w="120" w:type="dxa"/>
            </w:tcMar>
          </w:tcPr>
          <w:p w14:paraId="1EF9296B" w14:textId="77777777" w:rsidR="00C46C38" w:rsidRPr="00416DEE" w:rsidRDefault="00000000">
            <w:pPr>
              <w:spacing w:after="80"/>
              <w:rPr>
                <w:color w:val="000000" w:themeColor="text1"/>
              </w:rPr>
            </w:pPr>
            <w:r w:rsidRPr="00416DEE">
              <w:rPr>
                <w:b/>
                <w:color w:val="000000" w:themeColor="text1"/>
                <w:sz w:val="23"/>
              </w:rPr>
              <w:lastRenderedPageBreak/>
              <w:t>Checkpoint</w:t>
            </w:r>
          </w:p>
          <w:p w14:paraId="57B6AF22" w14:textId="77777777" w:rsidR="00C46C38" w:rsidRPr="00416DEE" w:rsidRDefault="00000000">
            <w:pPr>
              <w:spacing w:after="40"/>
              <w:rPr>
                <w:color w:val="000000" w:themeColor="text1"/>
              </w:rPr>
            </w:pPr>
            <w:r w:rsidRPr="00416DEE">
              <w:rPr>
                <w:color w:val="000000" w:themeColor="text1"/>
              </w:rPr>
              <w:t>☐ hello.py runs.</w:t>
            </w:r>
          </w:p>
          <w:p w14:paraId="16698D36" w14:textId="77777777" w:rsidR="00C46C38" w:rsidRPr="00416DEE" w:rsidRDefault="00000000">
            <w:pPr>
              <w:spacing w:after="40"/>
              <w:rPr>
                <w:color w:val="000000" w:themeColor="text1"/>
              </w:rPr>
            </w:pPr>
            <w:r w:rsidRPr="00416DEE">
              <w:rPr>
                <w:color w:val="000000" w:themeColor="text1"/>
              </w:rPr>
              <w:t>☐ You stopped at a breakpoint.</w:t>
            </w:r>
          </w:p>
          <w:p w14:paraId="6A5B0CA2" w14:textId="77777777" w:rsidR="00C46C38" w:rsidRPr="00416DEE" w:rsidRDefault="00000000">
            <w:pPr>
              <w:spacing w:after="40"/>
              <w:rPr>
                <w:color w:val="000000" w:themeColor="text1"/>
              </w:rPr>
            </w:pPr>
            <w:r w:rsidRPr="00416DEE">
              <w:rPr>
                <w:color w:val="000000" w:themeColor="text1"/>
              </w:rPr>
              <w:t>☐ You inspected at least one variable while debugging.</w:t>
            </w:r>
          </w:p>
        </w:tc>
      </w:tr>
    </w:tbl>
    <w:p w14:paraId="573AFE95" w14:textId="77777777" w:rsidR="00B42095" w:rsidRDefault="00B42095">
      <w:pPr>
        <w:rPr>
          <w:color w:val="000000" w:themeColor="text1"/>
          <w:lang w:eastAsia="zh-CN"/>
        </w:rPr>
      </w:pPr>
    </w:p>
    <w:p w14:paraId="55463A0E" w14:textId="77777777" w:rsidR="00B42095" w:rsidRPr="00F64CC6" w:rsidRDefault="00B42095" w:rsidP="00B42095">
      <w:pPr>
        <w:pStyle w:val="Heading1"/>
        <w:rPr>
          <w:color w:val="000000" w:themeColor="text1"/>
        </w:rPr>
      </w:pPr>
      <w:r w:rsidRPr="00F64CC6">
        <w:rPr>
          <w:color w:val="000000" w:themeColor="text1"/>
        </w:rPr>
        <w:t xml:space="preserve">Part 4 — </w:t>
      </w:r>
      <w:proofErr w:type="spellStart"/>
      <w:r w:rsidRPr="00F64CC6">
        <w:rPr>
          <w:color w:val="000000" w:themeColor="text1"/>
        </w:rPr>
        <w:t>Jupyter</w:t>
      </w:r>
      <w:proofErr w:type="spellEnd"/>
      <w:r w:rsidRPr="00F64CC6">
        <w:rPr>
          <w:color w:val="000000" w:themeColor="text1"/>
        </w:rPr>
        <w:t xml:space="preserve"> notebooks inside VS Code</w:t>
      </w:r>
    </w:p>
    <w:p w14:paraId="022E0800" w14:textId="4E9E15C5" w:rsidR="00B42095" w:rsidRPr="00F64CC6" w:rsidRDefault="00B42095" w:rsidP="00FC1AF9">
      <w:pPr>
        <w:pStyle w:val="ListNumber"/>
        <w:numPr>
          <w:ilvl w:val="1"/>
          <w:numId w:val="15"/>
        </w:numPr>
        <w:spacing w:after="40"/>
        <w:rPr>
          <w:color w:val="000000" w:themeColor="text1"/>
        </w:rPr>
      </w:pPr>
      <w:r w:rsidRPr="00F64CC6">
        <w:rPr>
          <w:color w:val="000000" w:themeColor="text1"/>
        </w:rPr>
        <w:t xml:space="preserve">Create </w:t>
      </w:r>
      <w:proofErr w:type="spellStart"/>
      <w:r w:rsidRPr="00F64CC6">
        <w:rPr>
          <w:color w:val="000000" w:themeColor="text1"/>
        </w:rPr>
        <w:t>first_</w:t>
      </w:r>
      <w:proofErr w:type="gramStart"/>
      <w:r w:rsidRPr="00F64CC6">
        <w:rPr>
          <w:color w:val="000000" w:themeColor="text1"/>
        </w:rPr>
        <w:t>notebook.ipynb</w:t>
      </w:r>
      <w:proofErr w:type="spellEnd"/>
      <w:proofErr w:type="gramEnd"/>
      <w:r w:rsidRPr="00F64CC6">
        <w:rPr>
          <w:color w:val="000000" w:themeColor="text1"/>
        </w:rPr>
        <w:t xml:space="preserve"> inside </w:t>
      </w:r>
      <w:proofErr w:type="spellStart"/>
      <w:r w:rsidRPr="00F64CC6">
        <w:rPr>
          <w:color w:val="000000" w:themeColor="text1"/>
        </w:rPr>
        <w:t>NRTAgentLab</w:t>
      </w:r>
      <w:proofErr w:type="spellEnd"/>
      <w:r w:rsidRPr="00F64CC6">
        <w:rPr>
          <w:color w:val="000000" w:themeColor="text1"/>
        </w:rPr>
        <w:t>.</w:t>
      </w:r>
    </w:p>
    <w:p w14:paraId="3AF5A478" w14:textId="34044DBA" w:rsidR="00B42095" w:rsidRPr="00F64CC6" w:rsidRDefault="00B42095" w:rsidP="00FC1AF9">
      <w:pPr>
        <w:pStyle w:val="ListNumber"/>
        <w:numPr>
          <w:ilvl w:val="1"/>
          <w:numId w:val="15"/>
        </w:numPr>
        <w:spacing w:after="40"/>
        <w:rPr>
          <w:color w:val="000000" w:themeColor="text1"/>
        </w:rPr>
      </w:pPr>
      <w:r w:rsidRPr="00F64CC6">
        <w:rPr>
          <w:color w:val="000000" w:themeColor="text1"/>
        </w:rPr>
        <w:t>When VS Code asks you to choose a kernel, select the available Python/Anaconda environment.</w:t>
      </w:r>
    </w:p>
    <w:p w14:paraId="7CB35979" w14:textId="4913D786" w:rsidR="00B42095" w:rsidRPr="00F64CC6" w:rsidRDefault="00B42095" w:rsidP="00FC1AF9">
      <w:pPr>
        <w:pStyle w:val="ListNumber"/>
        <w:numPr>
          <w:ilvl w:val="1"/>
          <w:numId w:val="15"/>
        </w:numPr>
        <w:spacing w:after="40"/>
        <w:rPr>
          <w:color w:val="000000" w:themeColor="text1"/>
        </w:rPr>
      </w:pPr>
      <w:r w:rsidRPr="00F64CC6">
        <w:rPr>
          <w:color w:val="000000" w:themeColor="text1"/>
        </w:rPr>
        <w:t>Run this first cell:</w:t>
      </w:r>
    </w:p>
    <w:tbl>
      <w:tblPr>
        <w:tblW w:w="0" w:type="auto"/>
        <w:tblLook w:val="04A0" w:firstRow="1" w:lastRow="0" w:firstColumn="1" w:lastColumn="0" w:noHBand="0" w:noVBand="1"/>
      </w:tblPr>
      <w:tblGrid>
        <w:gridCol w:w="10368"/>
      </w:tblGrid>
      <w:tr w:rsidR="00B42095" w:rsidRPr="00F64CC6" w14:paraId="4B36A59D" w14:textId="77777777" w:rsidTr="00F56AF4">
        <w:tc>
          <w:tcPr>
            <w:tcW w:w="10368" w:type="dxa"/>
            <w:shd w:val="clear" w:color="auto" w:fill="F6F8FA"/>
            <w:tcMar>
              <w:top w:w="80" w:type="dxa"/>
              <w:left w:w="100" w:type="dxa"/>
              <w:bottom w:w="80" w:type="dxa"/>
              <w:right w:w="100" w:type="dxa"/>
            </w:tcMar>
          </w:tcPr>
          <w:p w14:paraId="077C6B8D" w14:textId="77777777" w:rsidR="00B42095" w:rsidRPr="00F64CC6" w:rsidRDefault="00B42095" w:rsidP="00F56AF4">
            <w:pPr>
              <w:pStyle w:val="CodeBlock"/>
              <w:rPr>
                <w:color w:val="000000" w:themeColor="text1"/>
              </w:rPr>
            </w:pPr>
            <w:proofErr w:type="gramStart"/>
            <w:r w:rsidRPr="00F64CC6">
              <w:rPr>
                <w:color w:val="000000" w:themeColor="text1"/>
              </w:rPr>
              <w:t>print(</w:t>
            </w:r>
            <w:proofErr w:type="gramEnd"/>
            <w:r w:rsidRPr="00F64CC6">
              <w:rPr>
                <w:color w:val="000000" w:themeColor="text1"/>
              </w:rPr>
              <w:t>'Notebook is running in VS Code')</w:t>
            </w:r>
          </w:p>
        </w:tc>
      </w:tr>
    </w:tbl>
    <w:p w14:paraId="0A7C4404" w14:textId="77777777" w:rsidR="00B42095" w:rsidRPr="00F64CC6" w:rsidRDefault="00B42095" w:rsidP="00B42095">
      <w:pPr>
        <w:spacing w:after="0"/>
        <w:rPr>
          <w:color w:val="000000" w:themeColor="text1"/>
        </w:rPr>
      </w:pPr>
    </w:p>
    <w:p w14:paraId="5C4A07F9" w14:textId="2BD0153A" w:rsidR="00B42095" w:rsidRPr="00F64CC6" w:rsidRDefault="00B42095" w:rsidP="00B21F8E">
      <w:pPr>
        <w:pStyle w:val="ListNumber"/>
        <w:numPr>
          <w:ilvl w:val="1"/>
          <w:numId w:val="15"/>
        </w:numPr>
        <w:spacing w:after="40"/>
        <w:rPr>
          <w:color w:val="000000" w:themeColor="text1"/>
        </w:rPr>
      </w:pPr>
      <w:r w:rsidRPr="00F64CC6">
        <w:rPr>
          <w:color w:val="000000" w:themeColor="text1"/>
        </w:rPr>
        <w:t>Create another code cell and try a small Python calculation:</w:t>
      </w:r>
    </w:p>
    <w:tbl>
      <w:tblPr>
        <w:tblW w:w="0" w:type="auto"/>
        <w:tblLook w:val="04A0" w:firstRow="1" w:lastRow="0" w:firstColumn="1" w:lastColumn="0" w:noHBand="0" w:noVBand="1"/>
      </w:tblPr>
      <w:tblGrid>
        <w:gridCol w:w="10368"/>
      </w:tblGrid>
      <w:tr w:rsidR="00B42095" w:rsidRPr="00F64CC6" w14:paraId="440BDF77" w14:textId="77777777" w:rsidTr="00F56AF4">
        <w:tc>
          <w:tcPr>
            <w:tcW w:w="10368" w:type="dxa"/>
            <w:shd w:val="clear" w:color="auto" w:fill="F6F8FA"/>
            <w:tcMar>
              <w:top w:w="80" w:type="dxa"/>
              <w:left w:w="100" w:type="dxa"/>
              <w:bottom w:w="80" w:type="dxa"/>
              <w:right w:w="100" w:type="dxa"/>
            </w:tcMar>
          </w:tcPr>
          <w:p w14:paraId="1F20AFFA" w14:textId="77777777" w:rsidR="00B42095" w:rsidRPr="00F64CC6" w:rsidRDefault="00B42095" w:rsidP="00F56AF4">
            <w:pPr>
              <w:pStyle w:val="CodeBlock"/>
              <w:rPr>
                <w:color w:val="000000" w:themeColor="text1"/>
              </w:rPr>
            </w:pPr>
            <w:r w:rsidRPr="00F64CC6">
              <w:rPr>
                <w:color w:val="000000" w:themeColor="text1"/>
              </w:rPr>
              <w:t>values = [2, 4, 6, 8]</w:t>
            </w:r>
            <w:r w:rsidRPr="00F64CC6">
              <w:rPr>
                <w:color w:val="000000" w:themeColor="text1"/>
              </w:rPr>
              <w:br/>
            </w:r>
            <w:proofErr w:type="spellStart"/>
            <w:r w:rsidRPr="00F64CC6">
              <w:rPr>
                <w:color w:val="000000" w:themeColor="text1"/>
              </w:rPr>
              <w:t>mean_value</w:t>
            </w:r>
            <w:proofErr w:type="spellEnd"/>
            <w:r w:rsidRPr="00F64CC6">
              <w:rPr>
                <w:color w:val="000000" w:themeColor="text1"/>
              </w:rPr>
              <w:t xml:space="preserve"> = sum(values) / </w:t>
            </w:r>
            <w:proofErr w:type="spellStart"/>
            <w:r w:rsidRPr="00F64CC6">
              <w:rPr>
                <w:color w:val="000000" w:themeColor="text1"/>
              </w:rPr>
              <w:t>len</w:t>
            </w:r>
            <w:proofErr w:type="spellEnd"/>
            <w:r w:rsidRPr="00F64CC6">
              <w:rPr>
                <w:color w:val="000000" w:themeColor="text1"/>
              </w:rPr>
              <w:t>(values)</w:t>
            </w:r>
            <w:r w:rsidRPr="00F64CC6">
              <w:rPr>
                <w:color w:val="000000" w:themeColor="text1"/>
              </w:rPr>
              <w:br/>
            </w:r>
            <w:proofErr w:type="spellStart"/>
            <w:r w:rsidRPr="00F64CC6">
              <w:rPr>
                <w:color w:val="000000" w:themeColor="text1"/>
              </w:rPr>
              <w:t>mean_value</w:t>
            </w:r>
            <w:proofErr w:type="spellEnd"/>
          </w:p>
        </w:tc>
      </w:tr>
    </w:tbl>
    <w:p w14:paraId="1688A350" w14:textId="77777777" w:rsidR="00B42095" w:rsidRPr="00F64CC6" w:rsidRDefault="00B42095" w:rsidP="00B42095">
      <w:pPr>
        <w:spacing w:after="0"/>
        <w:rPr>
          <w:color w:val="000000" w:themeColor="text1"/>
        </w:rPr>
      </w:pPr>
    </w:p>
    <w:tbl>
      <w:tblPr>
        <w:tblW w:w="0" w:type="auto"/>
        <w:jc w:val="center"/>
        <w:tblLook w:val="04A0" w:firstRow="1" w:lastRow="0" w:firstColumn="1" w:lastColumn="0" w:noHBand="0" w:noVBand="1"/>
      </w:tblPr>
      <w:tblGrid>
        <w:gridCol w:w="10368"/>
      </w:tblGrid>
      <w:tr w:rsidR="00B42095" w:rsidRPr="00F64CC6" w14:paraId="0A0A4509" w14:textId="77777777" w:rsidTr="00F56AF4">
        <w:trPr>
          <w:jc w:val="center"/>
        </w:trPr>
        <w:tc>
          <w:tcPr>
            <w:tcW w:w="10368" w:type="dxa"/>
            <w:shd w:val="clear" w:color="auto" w:fill="EAF2F8"/>
            <w:tcMar>
              <w:top w:w="100" w:type="dxa"/>
              <w:left w:w="120" w:type="dxa"/>
              <w:bottom w:w="100" w:type="dxa"/>
              <w:right w:w="120" w:type="dxa"/>
            </w:tcMar>
          </w:tcPr>
          <w:p w14:paraId="12EDE7B1" w14:textId="77777777" w:rsidR="00B42095" w:rsidRPr="00F64CC6" w:rsidRDefault="00B42095" w:rsidP="00F56AF4">
            <w:pPr>
              <w:spacing w:after="80"/>
              <w:rPr>
                <w:color w:val="000000" w:themeColor="text1"/>
              </w:rPr>
            </w:pPr>
            <w:r w:rsidRPr="00F64CC6">
              <w:rPr>
                <w:b/>
                <w:color w:val="000000" w:themeColor="text1"/>
                <w:sz w:val="23"/>
              </w:rPr>
              <w:t>What to practice</w:t>
            </w:r>
          </w:p>
          <w:p w14:paraId="4BDE2A8C" w14:textId="77777777" w:rsidR="00B42095" w:rsidRPr="00F64CC6" w:rsidRDefault="00B42095" w:rsidP="00F56AF4">
            <w:pPr>
              <w:spacing w:after="40"/>
              <w:rPr>
                <w:color w:val="000000" w:themeColor="text1"/>
              </w:rPr>
            </w:pPr>
            <w:r w:rsidRPr="00F64CC6">
              <w:rPr>
                <w:color w:val="000000" w:themeColor="text1"/>
              </w:rPr>
              <w:t>Run one cell at a time.</w:t>
            </w:r>
          </w:p>
          <w:p w14:paraId="25130E02" w14:textId="77777777" w:rsidR="00B42095" w:rsidRPr="00F64CC6" w:rsidRDefault="00B42095" w:rsidP="00F56AF4">
            <w:pPr>
              <w:spacing w:after="40"/>
              <w:rPr>
                <w:color w:val="000000" w:themeColor="text1"/>
              </w:rPr>
            </w:pPr>
            <w:r w:rsidRPr="00F64CC6">
              <w:rPr>
                <w:color w:val="000000" w:themeColor="text1"/>
              </w:rPr>
              <w:t>Edit a cell and rerun it.</w:t>
            </w:r>
          </w:p>
          <w:p w14:paraId="670D31B3" w14:textId="77777777" w:rsidR="00B42095" w:rsidRPr="00F64CC6" w:rsidRDefault="00B42095" w:rsidP="00F56AF4">
            <w:pPr>
              <w:spacing w:after="40"/>
              <w:rPr>
                <w:color w:val="000000" w:themeColor="text1"/>
              </w:rPr>
            </w:pPr>
            <w:r w:rsidRPr="00F64CC6">
              <w:rPr>
                <w:color w:val="000000" w:themeColor="text1"/>
              </w:rPr>
              <w:t>Inspect output directly below a cell.</w:t>
            </w:r>
          </w:p>
          <w:p w14:paraId="00388B1B" w14:textId="77777777" w:rsidR="00B42095" w:rsidRPr="00F64CC6" w:rsidRDefault="00B42095" w:rsidP="00F56AF4">
            <w:pPr>
              <w:spacing w:after="40"/>
              <w:rPr>
                <w:color w:val="000000" w:themeColor="text1"/>
              </w:rPr>
            </w:pPr>
            <w:r w:rsidRPr="00F64CC6">
              <w:rPr>
                <w:color w:val="000000" w:themeColor="text1"/>
              </w:rPr>
              <w:t>Save, close, and reopen the notebook.</w:t>
            </w:r>
          </w:p>
          <w:p w14:paraId="143D2D94" w14:textId="77777777" w:rsidR="00B42095" w:rsidRPr="00F64CC6" w:rsidRDefault="00B42095" w:rsidP="00F56AF4">
            <w:pPr>
              <w:spacing w:after="40"/>
              <w:rPr>
                <w:color w:val="000000" w:themeColor="text1"/>
              </w:rPr>
            </w:pPr>
            <w:r w:rsidRPr="00F64CC6">
              <w:rPr>
                <w:color w:val="000000" w:themeColor="text1"/>
              </w:rPr>
              <w:t>Know where to change the notebook kernel if VS Code asks you to choose one.</w:t>
            </w:r>
          </w:p>
        </w:tc>
      </w:tr>
    </w:tbl>
    <w:p w14:paraId="470729F1" w14:textId="77777777" w:rsidR="00B42095" w:rsidRPr="00F64CC6" w:rsidRDefault="00B42095" w:rsidP="00B42095">
      <w:pPr>
        <w:spacing w:after="0"/>
        <w:rPr>
          <w:color w:val="000000" w:themeColor="text1"/>
        </w:rPr>
      </w:pPr>
    </w:p>
    <w:tbl>
      <w:tblPr>
        <w:tblW w:w="0" w:type="auto"/>
        <w:jc w:val="center"/>
        <w:tblLook w:val="04A0" w:firstRow="1" w:lastRow="0" w:firstColumn="1" w:lastColumn="0" w:noHBand="0" w:noVBand="1"/>
      </w:tblPr>
      <w:tblGrid>
        <w:gridCol w:w="10368"/>
      </w:tblGrid>
      <w:tr w:rsidR="00B42095" w:rsidRPr="00F64CC6" w14:paraId="7772DFE6" w14:textId="77777777" w:rsidTr="00F56AF4">
        <w:trPr>
          <w:jc w:val="center"/>
        </w:trPr>
        <w:tc>
          <w:tcPr>
            <w:tcW w:w="10368" w:type="dxa"/>
            <w:shd w:val="clear" w:color="auto" w:fill="EAF2F8"/>
            <w:tcMar>
              <w:top w:w="100" w:type="dxa"/>
              <w:left w:w="120" w:type="dxa"/>
              <w:bottom w:w="100" w:type="dxa"/>
              <w:right w:w="120" w:type="dxa"/>
            </w:tcMar>
          </w:tcPr>
          <w:p w14:paraId="78E0CD02" w14:textId="77777777" w:rsidR="00B42095" w:rsidRPr="00F64CC6" w:rsidRDefault="00B42095" w:rsidP="00F56AF4">
            <w:pPr>
              <w:spacing w:after="80"/>
              <w:rPr>
                <w:color w:val="000000" w:themeColor="text1"/>
              </w:rPr>
            </w:pPr>
            <w:r w:rsidRPr="00F64CC6">
              <w:rPr>
                <w:b/>
                <w:color w:val="000000" w:themeColor="text1"/>
                <w:sz w:val="23"/>
              </w:rPr>
              <w:t>Checkpoint</w:t>
            </w:r>
          </w:p>
          <w:p w14:paraId="6325BC90" w14:textId="77777777" w:rsidR="00B42095" w:rsidRPr="00F64CC6" w:rsidRDefault="00B42095" w:rsidP="00F56AF4">
            <w:pPr>
              <w:spacing w:after="40"/>
              <w:rPr>
                <w:color w:val="000000" w:themeColor="text1"/>
              </w:rPr>
            </w:pPr>
            <w:r w:rsidRPr="00F64CC6">
              <w:rPr>
                <w:color w:val="000000" w:themeColor="text1"/>
              </w:rPr>
              <w:t xml:space="preserve">☐ </w:t>
            </w:r>
            <w:proofErr w:type="spellStart"/>
            <w:r w:rsidRPr="00F64CC6">
              <w:rPr>
                <w:color w:val="000000" w:themeColor="text1"/>
              </w:rPr>
              <w:t>first_</w:t>
            </w:r>
            <w:proofErr w:type="gramStart"/>
            <w:r w:rsidRPr="00F64CC6">
              <w:rPr>
                <w:color w:val="000000" w:themeColor="text1"/>
              </w:rPr>
              <w:t>notebook.ipynb</w:t>
            </w:r>
            <w:proofErr w:type="spellEnd"/>
            <w:proofErr w:type="gramEnd"/>
            <w:r w:rsidRPr="00F64CC6">
              <w:rPr>
                <w:color w:val="000000" w:themeColor="text1"/>
              </w:rPr>
              <w:t xml:space="preserve"> runs inside VS Code.</w:t>
            </w:r>
          </w:p>
          <w:p w14:paraId="39BFBD4D" w14:textId="77777777" w:rsidR="00B42095" w:rsidRPr="00F64CC6" w:rsidRDefault="00B42095" w:rsidP="00F56AF4">
            <w:pPr>
              <w:spacing w:after="40"/>
              <w:rPr>
                <w:color w:val="000000" w:themeColor="text1"/>
              </w:rPr>
            </w:pPr>
            <w:r w:rsidRPr="00F64CC6">
              <w:rPr>
                <w:color w:val="000000" w:themeColor="text1"/>
              </w:rPr>
              <w:t>☐ A Python kernel is selected.</w:t>
            </w:r>
          </w:p>
          <w:p w14:paraId="0BCDF669" w14:textId="77777777" w:rsidR="00B42095" w:rsidRPr="00F64CC6" w:rsidRDefault="00B42095" w:rsidP="00F56AF4">
            <w:pPr>
              <w:spacing w:after="40"/>
              <w:rPr>
                <w:color w:val="000000" w:themeColor="text1"/>
              </w:rPr>
            </w:pPr>
            <w:r w:rsidRPr="00F64CC6">
              <w:rPr>
                <w:color w:val="000000" w:themeColor="text1"/>
              </w:rPr>
              <w:t>☐ You can edit, rerun, save, and reopen the notebook.</w:t>
            </w:r>
          </w:p>
        </w:tc>
      </w:tr>
    </w:tbl>
    <w:p w14:paraId="0D047EE2" w14:textId="77777777" w:rsidR="00B42095" w:rsidRPr="00F64CC6" w:rsidRDefault="00B42095" w:rsidP="00B42095">
      <w:pPr>
        <w:spacing w:after="0"/>
        <w:rPr>
          <w:color w:val="000000" w:themeColor="text1"/>
        </w:rPr>
      </w:pPr>
    </w:p>
    <w:p w14:paraId="00844F0A" w14:textId="77777777" w:rsidR="00B42095" w:rsidRPr="00F64CC6" w:rsidRDefault="00B42095" w:rsidP="00B42095">
      <w:pPr>
        <w:pStyle w:val="Heading2"/>
        <w:rPr>
          <w:color w:val="000000" w:themeColor="text1"/>
        </w:rPr>
      </w:pPr>
      <w:r w:rsidRPr="00F64CC6">
        <w:rPr>
          <w:color w:val="000000" w:themeColor="text1"/>
        </w:rPr>
        <w:t>If something does not run</w:t>
      </w:r>
    </w:p>
    <w:tbl>
      <w:tblPr>
        <w:tblStyle w:val="TableGrid"/>
        <w:tblW w:w="0" w:type="auto"/>
        <w:jc w:val="center"/>
        <w:tblLook w:val="04A0" w:firstRow="1" w:lastRow="0" w:firstColumn="1" w:lastColumn="0" w:noHBand="0" w:noVBand="1"/>
      </w:tblPr>
      <w:tblGrid>
        <w:gridCol w:w="5179"/>
        <w:gridCol w:w="5179"/>
      </w:tblGrid>
      <w:tr w:rsidR="00B42095" w:rsidRPr="00F64CC6" w14:paraId="642EE5D6" w14:textId="77777777" w:rsidTr="0014307E">
        <w:trPr>
          <w:jc w:val="center"/>
        </w:trPr>
        <w:tc>
          <w:tcPr>
            <w:tcW w:w="5184" w:type="dxa"/>
            <w:shd w:val="clear" w:color="auto" w:fill="EAF1DD" w:themeFill="accent3" w:themeFillTint="33"/>
          </w:tcPr>
          <w:p w14:paraId="6ED8E92E" w14:textId="77777777" w:rsidR="00B42095" w:rsidRPr="00F64CC6" w:rsidRDefault="00B42095" w:rsidP="00F56AF4">
            <w:pPr>
              <w:rPr>
                <w:color w:val="000000" w:themeColor="text1"/>
              </w:rPr>
            </w:pPr>
            <w:r w:rsidRPr="00F64CC6">
              <w:rPr>
                <w:b/>
                <w:color w:val="000000" w:themeColor="text1"/>
              </w:rPr>
              <w:t>What you see</w:t>
            </w:r>
          </w:p>
        </w:tc>
        <w:tc>
          <w:tcPr>
            <w:tcW w:w="5184" w:type="dxa"/>
            <w:shd w:val="clear" w:color="auto" w:fill="EAF1DD" w:themeFill="accent3" w:themeFillTint="33"/>
          </w:tcPr>
          <w:p w14:paraId="12766C8C" w14:textId="77777777" w:rsidR="00B42095" w:rsidRPr="00F64CC6" w:rsidRDefault="00B42095" w:rsidP="00F56AF4">
            <w:pPr>
              <w:rPr>
                <w:color w:val="000000" w:themeColor="text1"/>
              </w:rPr>
            </w:pPr>
            <w:r w:rsidRPr="00F64CC6">
              <w:rPr>
                <w:b/>
                <w:color w:val="000000" w:themeColor="text1"/>
              </w:rPr>
              <w:t>What to try</w:t>
            </w:r>
          </w:p>
        </w:tc>
      </w:tr>
      <w:tr w:rsidR="00B42095" w:rsidRPr="00F64CC6" w14:paraId="592A3330" w14:textId="77777777" w:rsidTr="00F56AF4">
        <w:trPr>
          <w:jc w:val="center"/>
        </w:trPr>
        <w:tc>
          <w:tcPr>
            <w:tcW w:w="5184" w:type="dxa"/>
          </w:tcPr>
          <w:p w14:paraId="76343EAC" w14:textId="77777777" w:rsidR="00B42095" w:rsidRPr="00F64CC6" w:rsidRDefault="00B42095" w:rsidP="00F56AF4">
            <w:pPr>
              <w:rPr>
                <w:color w:val="000000" w:themeColor="text1"/>
              </w:rPr>
            </w:pPr>
            <w:r w:rsidRPr="00F64CC6">
              <w:rPr>
                <w:color w:val="000000" w:themeColor="text1"/>
              </w:rPr>
              <w:t>No Python option appears</w:t>
            </w:r>
          </w:p>
        </w:tc>
        <w:tc>
          <w:tcPr>
            <w:tcW w:w="5184" w:type="dxa"/>
          </w:tcPr>
          <w:p w14:paraId="4D5536F5" w14:textId="77777777" w:rsidR="00B42095" w:rsidRPr="00F64CC6" w:rsidRDefault="00B42095" w:rsidP="00F56AF4">
            <w:pPr>
              <w:rPr>
                <w:color w:val="000000" w:themeColor="text1"/>
              </w:rPr>
            </w:pPr>
            <w:r w:rsidRPr="00F64CC6">
              <w:rPr>
                <w:color w:val="000000" w:themeColor="text1"/>
              </w:rPr>
              <w:t>Restart VS Code after installing Anaconda, then select the Python interpreter again.</w:t>
            </w:r>
          </w:p>
        </w:tc>
      </w:tr>
      <w:tr w:rsidR="00B42095" w:rsidRPr="00F64CC6" w14:paraId="03EB1195" w14:textId="77777777" w:rsidTr="00F56AF4">
        <w:trPr>
          <w:jc w:val="center"/>
        </w:trPr>
        <w:tc>
          <w:tcPr>
            <w:tcW w:w="5184" w:type="dxa"/>
          </w:tcPr>
          <w:p w14:paraId="42FA9EA4" w14:textId="77777777" w:rsidR="00B42095" w:rsidRPr="00F64CC6" w:rsidRDefault="00B42095" w:rsidP="00F56AF4">
            <w:pPr>
              <w:rPr>
                <w:color w:val="000000" w:themeColor="text1"/>
              </w:rPr>
            </w:pPr>
            <w:r w:rsidRPr="00F64CC6">
              <w:rPr>
                <w:color w:val="000000" w:themeColor="text1"/>
              </w:rPr>
              <w:t>Notebook asks for a kernel</w:t>
            </w:r>
          </w:p>
        </w:tc>
        <w:tc>
          <w:tcPr>
            <w:tcW w:w="5184" w:type="dxa"/>
          </w:tcPr>
          <w:p w14:paraId="23A4CA21" w14:textId="77777777" w:rsidR="00B42095" w:rsidRPr="00F64CC6" w:rsidRDefault="00B42095" w:rsidP="00F56AF4">
            <w:pPr>
              <w:rPr>
                <w:color w:val="000000" w:themeColor="text1"/>
              </w:rPr>
            </w:pPr>
            <w:r w:rsidRPr="00F64CC6">
              <w:rPr>
                <w:color w:val="000000" w:themeColor="text1"/>
              </w:rPr>
              <w:t>Choose the available Python/Anaconda kernel.</w:t>
            </w:r>
          </w:p>
        </w:tc>
      </w:tr>
      <w:tr w:rsidR="00B42095" w:rsidRPr="00F64CC6" w14:paraId="7FECA44B" w14:textId="77777777" w:rsidTr="00F56AF4">
        <w:trPr>
          <w:jc w:val="center"/>
        </w:trPr>
        <w:tc>
          <w:tcPr>
            <w:tcW w:w="5184" w:type="dxa"/>
          </w:tcPr>
          <w:p w14:paraId="6C0E4071" w14:textId="77777777" w:rsidR="00B42095" w:rsidRPr="00F64CC6" w:rsidRDefault="00B42095" w:rsidP="00F56AF4">
            <w:pPr>
              <w:rPr>
                <w:color w:val="000000" w:themeColor="text1"/>
              </w:rPr>
            </w:pPr>
            <w:r w:rsidRPr="00F64CC6">
              <w:rPr>
                <w:color w:val="000000" w:themeColor="text1"/>
              </w:rPr>
              <w:t>You are unsure which option to choose</w:t>
            </w:r>
          </w:p>
        </w:tc>
        <w:tc>
          <w:tcPr>
            <w:tcW w:w="5184" w:type="dxa"/>
          </w:tcPr>
          <w:p w14:paraId="79CB1B8B" w14:textId="77777777" w:rsidR="00B42095" w:rsidRPr="00F64CC6" w:rsidRDefault="00B42095" w:rsidP="00F56AF4">
            <w:pPr>
              <w:rPr>
                <w:color w:val="000000" w:themeColor="text1"/>
              </w:rPr>
            </w:pPr>
            <w:r w:rsidRPr="00F64CC6">
              <w:rPr>
                <w:color w:val="000000" w:themeColor="text1"/>
              </w:rPr>
              <w:t>Ask an instructor rather than changing environment settings or using terminal commands.</w:t>
            </w:r>
          </w:p>
        </w:tc>
      </w:tr>
    </w:tbl>
    <w:p w14:paraId="6795A360" w14:textId="0D459145" w:rsidR="00C46C38" w:rsidRPr="00416DEE" w:rsidRDefault="00000000">
      <w:pPr>
        <w:rPr>
          <w:color w:val="000000" w:themeColor="text1"/>
        </w:rPr>
      </w:pPr>
      <w:r w:rsidRPr="00416DEE">
        <w:rPr>
          <w:color w:val="000000" w:themeColor="text1"/>
        </w:rPr>
        <w:br w:type="page"/>
      </w:r>
    </w:p>
    <w:p w14:paraId="72A97835" w14:textId="77777777" w:rsidR="00C46C38" w:rsidRPr="00416DEE" w:rsidRDefault="00000000">
      <w:pPr>
        <w:pStyle w:val="Heading1"/>
        <w:rPr>
          <w:color w:val="000000" w:themeColor="text1"/>
        </w:rPr>
      </w:pPr>
      <w:r w:rsidRPr="00416DEE">
        <w:rPr>
          <w:color w:val="000000" w:themeColor="text1"/>
        </w:rPr>
        <w:lastRenderedPageBreak/>
        <w:t>Part 5 — Claude Code inside VS Code</w:t>
      </w:r>
    </w:p>
    <w:tbl>
      <w:tblPr>
        <w:tblW w:w="0" w:type="auto"/>
        <w:jc w:val="center"/>
        <w:tblLook w:val="04A0" w:firstRow="1" w:lastRow="0" w:firstColumn="1" w:lastColumn="0" w:noHBand="0" w:noVBand="1"/>
      </w:tblPr>
      <w:tblGrid>
        <w:gridCol w:w="10368"/>
      </w:tblGrid>
      <w:tr w:rsidR="00000000" w:rsidRPr="00416DEE" w14:paraId="2F9B4257" w14:textId="77777777">
        <w:trPr>
          <w:cantSplit/>
          <w:jc w:val="center"/>
        </w:trPr>
        <w:tc>
          <w:tcPr>
            <w:tcW w:w="10368" w:type="dxa"/>
            <w:shd w:val="clear" w:color="auto" w:fill="FFF6DF"/>
            <w:tcMar>
              <w:top w:w="100" w:type="dxa"/>
              <w:left w:w="120" w:type="dxa"/>
              <w:bottom w:w="100" w:type="dxa"/>
              <w:right w:w="120" w:type="dxa"/>
            </w:tcMar>
          </w:tcPr>
          <w:p w14:paraId="6A757D64" w14:textId="77777777" w:rsidR="00C46C38" w:rsidRPr="00416DEE" w:rsidRDefault="00000000">
            <w:pPr>
              <w:spacing w:after="80"/>
              <w:rPr>
                <w:color w:val="000000" w:themeColor="text1"/>
              </w:rPr>
            </w:pPr>
            <w:r w:rsidRPr="00416DEE">
              <w:rPr>
                <w:b/>
                <w:color w:val="000000" w:themeColor="text1"/>
                <w:sz w:val="23"/>
              </w:rPr>
              <w:t>Access note</w:t>
            </w:r>
          </w:p>
          <w:p w14:paraId="385853FF" w14:textId="77777777" w:rsidR="00C46C38" w:rsidRPr="00416DEE" w:rsidRDefault="00000000">
            <w:pPr>
              <w:spacing w:after="40"/>
              <w:rPr>
                <w:color w:val="000000" w:themeColor="text1"/>
              </w:rPr>
            </w:pPr>
            <w:r w:rsidRPr="00416DEE">
              <w:rPr>
                <w:color w:val="000000" w:themeColor="text1"/>
              </w:rPr>
              <w:t>Complete this section if you already have Claude Code access through an eligible subscription or account. If not, you can skip this section today and return to it when access is provided.</w:t>
            </w:r>
          </w:p>
        </w:tc>
      </w:tr>
    </w:tbl>
    <w:p w14:paraId="724CE23D" w14:textId="77777777" w:rsidR="00C46C38" w:rsidRPr="00416DEE" w:rsidRDefault="00C46C38">
      <w:pPr>
        <w:spacing w:after="0"/>
        <w:rPr>
          <w:color w:val="000000" w:themeColor="text1"/>
        </w:rPr>
      </w:pPr>
    </w:p>
    <w:p w14:paraId="0A9027D0" w14:textId="77777777" w:rsidR="00C46C38" w:rsidRPr="00416DEE" w:rsidRDefault="00000000">
      <w:pPr>
        <w:pStyle w:val="Heading2"/>
        <w:rPr>
          <w:color w:val="000000" w:themeColor="text1"/>
        </w:rPr>
      </w:pPr>
      <w:r w:rsidRPr="00416DEE">
        <w:rPr>
          <w:color w:val="000000" w:themeColor="text1"/>
        </w:rPr>
        <w:t>5.1 Open Claude Code</w:t>
      </w:r>
    </w:p>
    <w:p w14:paraId="57540E62" w14:textId="77777777" w:rsidR="00C46C38" w:rsidRPr="00416DEE" w:rsidRDefault="00000000">
      <w:pPr>
        <w:rPr>
          <w:color w:val="000000" w:themeColor="text1"/>
        </w:rPr>
      </w:pPr>
      <w:r w:rsidRPr="00416DEE">
        <w:rPr>
          <w:color w:val="000000" w:themeColor="text1"/>
        </w:rPr>
        <w:t>Open hello.py. With the Claude Code extension installed, use the Claude Code control in VS Code.</w:t>
      </w:r>
    </w:p>
    <w:p w14:paraId="4EB8ABCE" w14:textId="77777777" w:rsidR="00C46C38" w:rsidRPr="00416DEE" w:rsidRDefault="00000000">
      <w:pPr>
        <w:spacing w:after="80"/>
        <w:jc w:val="center"/>
        <w:rPr>
          <w:color w:val="000000" w:themeColor="text1"/>
        </w:rPr>
      </w:pPr>
      <w:r w:rsidRPr="00416DEE">
        <w:rPr>
          <w:noProof/>
          <w:color w:val="000000" w:themeColor="text1"/>
        </w:rPr>
        <w:drawing>
          <wp:inline distT="0" distB="0" distL="0" distR="0" wp14:anchorId="3B1C45ED" wp14:editId="46B362A6">
            <wp:extent cx="4572000" cy="21543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8"/>
                    <a:stretch>
                      <a:fillRect/>
                    </a:stretch>
                  </pic:blipFill>
                  <pic:spPr>
                    <a:xfrm>
                      <a:off x="0" y="0"/>
                      <a:ext cx="4572000" cy="2154346"/>
                    </a:xfrm>
                    <a:prstGeom prst="rect">
                      <a:avLst/>
                    </a:prstGeom>
                  </pic:spPr>
                </pic:pic>
              </a:graphicData>
            </a:graphic>
          </wp:inline>
        </w:drawing>
      </w:r>
    </w:p>
    <w:p w14:paraId="1DA3CE63" w14:textId="77777777" w:rsidR="00C46C38" w:rsidRPr="00416DEE" w:rsidRDefault="00000000">
      <w:pPr>
        <w:pStyle w:val="Heading2"/>
        <w:rPr>
          <w:color w:val="000000" w:themeColor="text1"/>
        </w:rPr>
      </w:pPr>
      <w:r w:rsidRPr="00416DEE">
        <w:rPr>
          <w:color w:val="000000" w:themeColor="text1"/>
        </w:rPr>
        <w:t>5.2 Sign in</w:t>
      </w:r>
    </w:p>
    <w:p w14:paraId="3031698F" w14:textId="77777777" w:rsidR="00C46C38" w:rsidRPr="00416DEE" w:rsidRDefault="00000000">
      <w:pPr>
        <w:rPr>
          <w:color w:val="000000" w:themeColor="text1"/>
        </w:rPr>
      </w:pPr>
      <w:r w:rsidRPr="00416DEE">
        <w:rPr>
          <w:color w:val="000000" w:themeColor="text1"/>
        </w:rPr>
        <w:t>Follow the sign-in flow shown by the extension.</w:t>
      </w:r>
    </w:p>
    <w:p w14:paraId="72AB5243" w14:textId="77777777" w:rsidR="00C46C38" w:rsidRPr="00416DEE" w:rsidRDefault="00000000">
      <w:pPr>
        <w:spacing w:after="80"/>
        <w:jc w:val="center"/>
        <w:rPr>
          <w:color w:val="000000" w:themeColor="text1"/>
        </w:rPr>
      </w:pPr>
      <w:r w:rsidRPr="00416DEE">
        <w:rPr>
          <w:noProof/>
          <w:color w:val="000000" w:themeColor="text1"/>
        </w:rPr>
        <w:drawing>
          <wp:inline distT="0" distB="0" distL="0" distR="0" wp14:anchorId="6ADC5411" wp14:editId="2192013F">
            <wp:extent cx="5120640" cy="285095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9"/>
                    <a:stretch>
                      <a:fillRect/>
                    </a:stretch>
                  </pic:blipFill>
                  <pic:spPr>
                    <a:xfrm>
                      <a:off x="0" y="0"/>
                      <a:ext cx="5120640" cy="2850951"/>
                    </a:xfrm>
                    <a:prstGeom prst="rect">
                      <a:avLst/>
                    </a:prstGeom>
                  </pic:spPr>
                </pic:pic>
              </a:graphicData>
            </a:graphic>
          </wp:inline>
        </w:drawing>
      </w:r>
    </w:p>
    <w:p w14:paraId="317FC0D6" w14:textId="77777777" w:rsidR="00C46C38" w:rsidRPr="00416DEE" w:rsidRDefault="00000000">
      <w:pPr>
        <w:spacing w:after="80"/>
        <w:jc w:val="center"/>
        <w:rPr>
          <w:color w:val="000000" w:themeColor="text1"/>
        </w:rPr>
      </w:pPr>
      <w:r w:rsidRPr="00416DEE">
        <w:rPr>
          <w:noProof/>
          <w:color w:val="000000" w:themeColor="text1"/>
        </w:rPr>
        <w:lastRenderedPageBreak/>
        <w:drawing>
          <wp:inline distT="0" distB="0" distL="0" distR="0" wp14:anchorId="7946851B" wp14:editId="216D57FE">
            <wp:extent cx="5120640" cy="300130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20"/>
                    <a:stretch>
                      <a:fillRect/>
                    </a:stretch>
                  </pic:blipFill>
                  <pic:spPr>
                    <a:xfrm>
                      <a:off x="0" y="0"/>
                      <a:ext cx="5120640" cy="3001301"/>
                    </a:xfrm>
                    <a:prstGeom prst="rect">
                      <a:avLst/>
                    </a:prstGeom>
                  </pic:spPr>
                </pic:pic>
              </a:graphicData>
            </a:graphic>
          </wp:inline>
        </w:drawing>
      </w:r>
    </w:p>
    <w:p w14:paraId="0D15AC2F" w14:textId="77777777" w:rsidR="00C46C38" w:rsidRPr="00416DEE" w:rsidRDefault="00000000">
      <w:pPr>
        <w:pStyle w:val="Heading2"/>
        <w:rPr>
          <w:color w:val="000000" w:themeColor="text1"/>
        </w:rPr>
      </w:pPr>
      <w:r w:rsidRPr="00416DEE">
        <w:rPr>
          <w:color w:val="000000" w:themeColor="text1"/>
        </w:rPr>
        <w:t>5.3 Practice a review-first workflow</w:t>
      </w:r>
    </w:p>
    <w:p w14:paraId="137B43C5" w14:textId="77777777" w:rsidR="00C46C38" w:rsidRPr="00416DEE" w:rsidRDefault="00000000">
      <w:pPr>
        <w:rPr>
          <w:color w:val="000000" w:themeColor="text1"/>
        </w:rPr>
      </w:pPr>
      <w:r w:rsidRPr="00416DEE">
        <w:rPr>
          <w:color w:val="000000" w:themeColor="text1"/>
        </w:rPr>
        <w:t>Start by asking Claude to inspect the file without changing it:</w:t>
      </w:r>
    </w:p>
    <w:tbl>
      <w:tblPr>
        <w:tblW w:w="0" w:type="auto"/>
        <w:tblLook w:val="04A0" w:firstRow="1" w:lastRow="0" w:firstColumn="1" w:lastColumn="0" w:noHBand="0" w:noVBand="1"/>
      </w:tblPr>
      <w:tblGrid>
        <w:gridCol w:w="10368"/>
      </w:tblGrid>
      <w:tr w:rsidR="00000000" w:rsidRPr="00416DEE" w14:paraId="07D77F23" w14:textId="77777777">
        <w:trPr>
          <w:cantSplit/>
        </w:trPr>
        <w:tc>
          <w:tcPr>
            <w:tcW w:w="10368" w:type="dxa"/>
            <w:shd w:val="clear" w:color="auto" w:fill="F6F8FA"/>
            <w:tcMar>
              <w:top w:w="80" w:type="dxa"/>
              <w:left w:w="100" w:type="dxa"/>
              <w:bottom w:w="80" w:type="dxa"/>
              <w:right w:w="100" w:type="dxa"/>
            </w:tcMar>
          </w:tcPr>
          <w:p w14:paraId="7AE394FC" w14:textId="77777777" w:rsidR="00C46C38" w:rsidRPr="00416DEE" w:rsidRDefault="00000000">
            <w:pPr>
              <w:pStyle w:val="CodeBlock"/>
              <w:rPr>
                <w:color w:val="000000" w:themeColor="text1"/>
              </w:rPr>
            </w:pPr>
            <w:r w:rsidRPr="00416DEE">
              <w:rPr>
                <w:color w:val="000000" w:themeColor="text1"/>
              </w:rPr>
              <w:t>Review hello.py. Explain what the code does and suggest one small improvement. Do not modify the file yet.</w:t>
            </w:r>
          </w:p>
        </w:tc>
      </w:tr>
    </w:tbl>
    <w:p w14:paraId="7135114B" w14:textId="77777777" w:rsidR="00C46C38" w:rsidRPr="00416DEE" w:rsidRDefault="00C46C38">
      <w:pPr>
        <w:spacing w:after="0"/>
        <w:rPr>
          <w:color w:val="000000" w:themeColor="text1"/>
        </w:rPr>
      </w:pPr>
    </w:p>
    <w:p w14:paraId="1BE55133" w14:textId="77777777" w:rsidR="00C46C38" w:rsidRPr="00416DEE" w:rsidRDefault="00000000">
      <w:pPr>
        <w:rPr>
          <w:color w:val="000000" w:themeColor="text1"/>
        </w:rPr>
      </w:pPr>
      <w:r w:rsidRPr="00416DEE">
        <w:rPr>
          <w:color w:val="000000" w:themeColor="text1"/>
        </w:rPr>
        <w:t>Read the explanation. Then, if the suggestion is reasonable, ask:</w:t>
      </w:r>
    </w:p>
    <w:tbl>
      <w:tblPr>
        <w:tblW w:w="0" w:type="auto"/>
        <w:tblLook w:val="04A0" w:firstRow="1" w:lastRow="0" w:firstColumn="1" w:lastColumn="0" w:noHBand="0" w:noVBand="1"/>
      </w:tblPr>
      <w:tblGrid>
        <w:gridCol w:w="10368"/>
      </w:tblGrid>
      <w:tr w:rsidR="00000000" w:rsidRPr="00416DEE" w14:paraId="1CA7A304" w14:textId="77777777">
        <w:trPr>
          <w:cantSplit/>
        </w:trPr>
        <w:tc>
          <w:tcPr>
            <w:tcW w:w="10368" w:type="dxa"/>
            <w:shd w:val="clear" w:color="auto" w:fill="F6F8FA"/>
            <w:tcMar>
              <w:top w:w="80" w:type="dxa"/>
              <w:left w:w="100" w:type="dxa"/>
              <w:bottom w:w="80" w:type="dxa"/>
              <w:right w:w="100" w:type="dxa"/>
            </w:tcMar>
          </w:tcPr>
          <w:p w14:paraId="4768DB08" w14:textId="77777777" w:rsidR="00C46C38" w:rsidRPr="00416DEE" w:rsidRDefault="00000000">
            <w:pPr>
              <w:pStyle w:val="CodeBlock"/>
              <w:rPr>
                <w:color w:val="000000" w:themeColor="text1"/>
              </w:rPr>
            </w:pPr>
            <w:r w:rsidRPr="00416DEE">
              <w:rPr>
                <w:color w:val="000000" w:themeColor="text1"/>
              </w:rPr>
              <w:t>Implement the improvement you proposed. Keep the program simple, and tell me exactly what you changed.</w:t>
            </w:r>
          </w:p>
        </w:tc>
      </w:tr>
    </w:tbl>
    <w:p w14:paraId="66259383" w14:textId="77777777" w:rsidR="00C46C38" w:rsidRPr="00416DEE" w:rsidRDefault="00C46C38">
      <w:pPr>
        <w:spacing w:after="0"/>
        <w:rPr>
          <w:color w:val="000000" w:themeColor="text1"/>
        </w:rPr>
      </w:pPr>
    </w:p>
    <w:p w14:paraId="4A98F83C" w14:textId="77777777" w:rsidR="00C46C38" w:rsidRPr="00416DEE" w:rsidRDefault="00000000">
      <w:pPr>
        <w:rPr>
          <w:color w:val="000000" w:themeColor="text1"/>
        </w:rPr>
      </w:pPr>
      <w:r w:rsidRPr="00416DEE">
        <w:rPr>
          <w:color w:val="000000" w:themeColor="text1"/>
        </w:rPr>
        <w:t>Review the proposed edit before accepting it. Then rerun hello.py yourself.</w:t>
      </w:r>
    </w:p>
    <w:p w14:paraId="6977E1FF" w14:textId="77777777" w:rsidR="00C46C38" w:rsidRPr="00416DEE" w:rsidRDefault="00000000">
      <w:pPr>
        <w:spacing w:after="80"/>
        <w:jc w:val="center"/>
        <w:rPr>
          <w:color w:val="000000" w:themeColor="text1"/>
        </w:rPr>
      </w:pPr>
      <w:r w:rsidRPr="00416DEE">
        <w:rPr>
          <w:noProof/>
          <w:color w:val="000000" w:themeColor="text1"/>
        </w:rPr>
        <w:drawing>
          <wp:inline distT="0" distB="0" distL="0" distR="0" wp14:anchorId="7AD5766C" wp14:editId="6A2D148D">
            <wp:extent cx="4389120" cy="305390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21"/>
                    <a:stretch>
                      <a:fillRect/>
                    </a:stretch>
                  </pic:blipFill>
                  <pic:spPr>
                    <a:xfrm>
                      <a:off x="0" y="0"/>
                      <a:ext cx="4389120" cy="3053903"/>
                    </a:xfrm>
                    <a:prstGeom prst="rect">
                      <a:avLst/>
                    </a:prstGeom>
                  </pic:spPr>
                </pic:pic>
              </a:graphicData>
            </a:graphic>
          </wp:inline>
        </w:drawing>
      </w:r>
    </w:p>
    <w:p w14:paraId="4478C2C1" w14:textId="7C312921" w:rsidR="00C46C38" w:rsidRPr="00416DEE" w:rsidRDefault="00000000" w:rsidP="0014307E">
      <w:pPr>
        <w:pStyle w:val="Heading1"/>
        <w:rPr>
          <w:color w:val="000000" w:themeColor="text1"/>
        </w:rPr>
      </w:pPr>
      <w:r w:rsidRPr="00416DEE">
        <w:rPr>
          <w:color w:val="000000" w:themeColor="text1"/>
        </w:rPr>
        <w:br w:type="page"/>
      </w:r>
      <w:r w:rsidRPr="00416DEE">
        <w:rPr>
          <w:color w:val="000000" w:themeColor="text1"/>
        </w:rPr>
        <w:lastRenderedPageBreak/>
        <w:t>Part 6 — Good practice when using Claude Code</w:t>
      </w:r>
    </w:p>
    <w:tbl>
      <w:tblPr>
        <w:tblW w:w="0" w:type="auto"/>
        <w:jc w:val="center"/>
        <w:tblLook w:val="04A0" w:firstRow="1" w:lastRow="0" w:firstColumn="1" w:lastColumn="0" w:noHBand="0" w:noVBand="1"/>
      </w:tblPr>
      <w:tblGrid>
        <w:gridCol w:w="10368"/>
      </w:tblGrid>
      <w:tr w:rsidR="00000000" w:rsidRPr="00416DEE" w14:paraId="2F49A2BC" w14:textId="77777777">
        <w:trPr>
          <w:cantSplit/>
          <w:jc w:val="center"/>
        </w:trPr>
        <w:tc>
          <w:tcPr>
            <w:tcW w:w="10368" w:type="dxa"/>
            <w:shd w:val="clear" w:color="auto" w:fill="EAF4EE"/>
            <w:tcMar>
              <w:top w:w="100" w:type="dxa"/>
              <w:left w:w="120" w:type="dxa"/>
              <w:bottom w:w="100" w:type="dxa"/>
              <w:right w:w="120" w:type="dxa"/>
            </w:tcMar>
          </w:tcPr>
          <w:p w14:paraId="67D43CE1" w14:textId="77777777" w:rsidR="00C46C38" w:rsidRPr="00416DEE" w:rsidRDefault="00000000">
            <w:pPr>
              <w:spacing w:after="80"/>
              <w:rPr>
                <w:color w:val="000000" w:themeColor="text1"/>
              </w:rPr>
            </w:pPr>
            <w:r w:rsidRPr="00416DEE">
              <w:rPr>
                <w:b/>
                <w:color w:val="000000" w:themeColor="text1"/>
                <w:sz w:val="23"/>
              </w:rPr>
              <w:t>Four habits to build now</w:t>
            </w:r>
          </w:p>
          <w:p w14:paraId="54306A9D" w14:textId="77777777" w:rsidR="00C46C38" w:rsidRPr="00416DEE" w:rsidRDefault="00000000">
            <w:pPr>
              <w:spacing w:after="40"/>
              <w:rPr>
                <w:color w:val="000000" w:themeColor="text1"/>
              </w:rPr>
            </w:pPr>
            <w:r w:rsidRPr="00416DEE">
              <w:rPr>
                <w:b/>
                <w:color w:val="000000" w:themeColor="text1"/>
              </w:rPr>
              <w:t xml:space="preserve">1. Give context. </w:t>
            </w:r>
            <w:r w:rsidRPr="00416DEE">
              <w:rPr>
                <w:color w:val="000000" w:themeColor="text1"/>
              </w:rPr>
              <w:t>Open the project folder and tell Claude which file or task to inspect.</w:t>
            </w:r>
          </w:p>
          <w:p w14:paraId="6076F1EF" w14:textId="77777777" w:rsidR="00C46C38" w:rsidRPr="00416DEE" w:rsidRDefault="00000000">
            <w:pPr>
              <w:spacing w:after="40"/>
              <w:rPr>
                <w:color w:val="000000" w:themeColor="text1"/>
              </w:rPr>
            </w:pPr>
            <w:r w:rsidRPr="00416DEE">
              <w:rPr>
                <w:b/>
                <w:color w:val="000000" w:themeColor="text1"/>
              </w:rPr>
              <w:t xml:space="preserve">2. Separate review from editing. </w:t>
            </w:r>
            <w:r w:rsidRPr="00416DEE">
              <w:rPr>
                <w:color w:val="000000" w:themeColor="text1"/>
              </w:rPr>
              <w:t>Ask for an explanation or plan before accepting a code change.</w:t>
            </w:r>
          </w:p>
          <w:p w14:paraId="4E2C430D" w14:textId="77777777" w:rsidR="00C46C38" w:rsidRPr="00416DEE" w:rsidRDefault="00000000">
            <w:pPr>
              <w:spacing w:after="40"/>
              <w:rPr>
                <w:color w:val="000000" w:themeColor="text1"/>
              </w:rPr>
            </w:pPr>
            <w:r w:rsidRPr="00416DEE">
              <w:rPr>
                <w:b/>
                <w:color w:val="000000" w:themeColor="text1"/>
              </w:rPr>
              <w:t xml:space="preserve">3. Verify everything. </w:t>
            </w:r>
            <w:r w:rsidRPr="00416DEE">
              <w:rPr>
                <w:color w:val="000000" w:themeColor="text1"/>
              </w:rPr>
              <w:t>Run the code, inspect outputs, and use the debugger when needed.</w:t>
            </w:r>
          </w:p>
          <w:p w14:paraId="131532C6" w14:textId="77777777" w:rsidR="00C46C38" w:rsidRPr="00416DEE" w:rsidRDefault="00000000">
            <w:pPr>
              <w:spacing w:after="40"/>
              <w:rPr>
                <w:color w:val="000000" w:themeColor="text1"/>
              </w:rPr>
            </w:pPr>
            <w:r w:rsidRPr="00416DEE">
              <w:rPr>
                <w:b/>
                <w:color w:val="000000" w:themeColor="text1"/>
              </w:rPr>
              <w:t xml:space="preserve">4. Protect sensitive information. </w:t>
            </w:r>
            <w:r w:rsidRPr="00416DEE">
              <w:rPr>
                <w:color w:val="000000" w:themeColor="text1"/>
              </w:rPr>
              <w:t>Do not paste passwords, API keys, private credentials, or restricted data into prompts or source files.</w:t>
            </w:r>
          </w:p>
        </w:tc>
      </w:tr>
    </w:tbl>
    <w:p w14:paraId="36F4C0BE" w14:textId="77777777" w:rsidR="00C46C38" w:rsidRPr="00416DEE" w:rsidRDefault="00C46C38">
      <w:pPr>
        <w:spacing w:after="0"/>
        <w:rPr>
          <w:color w:val="000000" w:themeColor="text1"/>
        </w:rPr>
      </w:pPr>
    </w:p>
    <w:p w14:paraId="66930692" w14:textId="77777777" w:rsidR="00C46C38" w:rsidRPr="00416DEE" w:rsidRDefault="00000000">
      <w:pPr>
        <w:pStyle w:val="Heading1"/>
        <w:rPr>
          <w:color w:val="000000" w:themeColor="text1"/>
        </w:rPr>
      </w:pPr>
      <w:r w:rsidRPr="00416DEE">
        <w:rPr>
          <w:color w:val="000000" w:themeColor="text1"/>
        </w:rPr>
        <w:t>Mini challenge</w:t>
      </w:r>
    </w:p>
    <w:p w14:paraId="31700F2B" w14:textId="77777777" w:rsidR="00C46C38" w:rsidRPr="00416DEE" w:rsidRDefault="00000000">
      <w:pPr>
        <w:rPr>
          <w:color w:val="000000" w:themeColor="text1"/>
        </w:rPr>
      </w:pPr>
      <w:r w:rsidRPr="00416DEE">
        <w:rPr>
          <w:color w:val="000000" w:themeColor="text1"/>
        </w:rPr>
        <w:t>Complete the following sequence with hello.py:</w:t>
      </w:r>
    </w:p>
    <w:p w14:paraId="3302AF53" w14:textId="77777777" w:rsidR="00C46C38" w:rsidRPr="00416DEE" w:rsidRDefault="00000000" w:rsidP="00457707">
      <w:pPr>
        <w:pStyle w:val="ListNumber"/>
        <w:numPr>
          <w:ilvl w:val="0"/>
          <w:numId w:val="14"/>
        </w:numPr>
        <w:spacing w:after="40"/>
        <w:rPr>
          <w:color w:val="000000" w:themeColor="text1"/>
        </w:rPr>
      </w:pPr>
      <w:r w:rsidRPr="00416DEE">
        <w:rPr>
          <w:color w:val="000000" w:themeColor="text1"/>
        </w:rPr>
        <w:t>Ask Claude to explain the current file without editing it.</w:t>
      </w:r>
    </w:p>
    <w:p w14:paraId="090CE0AB" w14:textId="77777777" w:rsidR="00C46C38" w:rsidRPr="00416DEE" w:rsidRDefault="00000000" w:rsidP="00457707">
      <w:pPr>
        <w:pStyle w:val="ListNumber"/>
        <w:numPr>
          <w:ilvl w:val="0"/>
          <w:numId w:val="14"/>
        </w:numPr>
        <w:spacing w:after="40"/>
        <w:rPr>
          <w:color w:val="000000" w:themeColor="text1"/>
        </w:rPr>
      </w:pPr>
      <w:r w:rsidRPr="00416DEE">
        <w:rPr>
          <w:color w:val="000000" w:themeColor="text1"/>
        </w:rPr>
        <w:t>Ask Claude to modify greet() so it can greet two names.</w:t>
      </w:r>
    </w:p>
    <w:p w14:paraId="4E13A79C" w14:textId="77777777" w:rsidR="00C46C38" w:rsidRPr="00416DEE" w:rsidRDefault="00000000" w:rsidP="00457707">
      <w:pPr>
        <w:pStyle w:val="ListNumber"/>
        <w:numPr>
          <w:ilvl w:val="0"/>
          <w:numId w:val="14"/>
        </w:numPr>
        <w:spacing w:after="40"/>
        <w:rPr>
          <w:color w:val="000000" w:themeColor="text1"/>
        </w:rPr>
      </w:pPr>
      <w:r w:rsidRPr="00416DEE">
        <w:rPr>
          <w:color w:val="000000" w:themeColor="text1"/>
        </w:rPr>
        <w:t>Review the edit before accepting it.</w:t>
      </w:r>
    </w:p>
    <w:p w14:paraId="6311DAF2" w14:textId="77777777" w:rsidR="00C46C38" w:rsidRPr="00416DEE" w:rsidRDefault="00000000" w:rsidP="00457707">
      <w:pPr>
        <w:pStyle w:val="ListNumber"/>
        <w:numPr>
          <w:ilvl w:val="0"/>
          <w:numId w:val="14"/>
        </w:numPr>
        <w:spacing w:after="40"/>
        <w:rPr>
          <w:color w:val="000000" w:themeColor="text1"/>
        </w:rPr>
      </w:pPr>
      <w:r w:rsidRPr="00416DEE">
        <w:rPr>
          <w:color w:val="000000" w:themeColor="text1"/>
        </w:rPr>
        <w:t>Run the file yourself.</w:t>
      </w:r>
    </w:p>
    <w:p w14:paraId="3F09567F" w14:textId="77777777" w:rsidR="00C46C38" w:rsidRPr="00416DEE" w:rsidRDefault="00000000" w:rsidP="00457707">
      <w:pPr>
        <w:pStyle w:val="ListNumber"/>
        <w:numPr>
          <w:ilvl w:val="0"/>
          <w:numId w:val="14"/>
        </w:numPr>
        <w:spacing w:after="40"/>
        <w:rPr>
          <w:color w:val="000000" w:themeColor="text1"/>
        </w:rPr>
      </w:pPr>
      <w:r w:rsidRPr="00416DEE">
        <w:rPr>
          <w:color w:val="000000" w:themeColor="text1"/>
        </w:rPr>
        <w:t>Set a breakpoint and confirm that the updated variables contain the values you expect.</w:t>
      </w:r>
    </w:p>
    <w:p w14:paraId="64482525" w14:textId="77777777" w:rsidR="00C46C38" w:rsidRPr="00416DEE" w:rsidRDefault="00000000" w:rsidP="00457707">
      <w:pPr>
        <w:pStyle w:val="ListNumber"/>
        <w:numPr>
          <w:ilvl w:val="0"/>
          <w:numId w:val="14"/>
        </w:numPr>
        <w:spacing w:after="40"/>
        <w:rPr>
          <w:color w:val="000000" w:themeColor="text1"/>
        </w:rPr>
      </w:pPr>
      <w:r w:rsidRPr="00416DEE">
        <w:rPr>
          <w:color w:val="000000" w:themeColor="text1"/>
        </w:rPr>
        <w:t>If something is wrong, describe the observed behavior to Claude rather than simply asking it to 'fix everything.'</w:t>
      </w:r>
    </w:p>
    <w:p w14:paraId="3EC5E292" w14:textId="77777777" w:rsidR="00C46C38" w:rsidRPr="00416DEE" w:rsidRDefault="00000000">
      <w:pPr>
        <w:pStyle w:val="Heading1"/>
        <w:rPr>
          <w:color w:val="000000" w:themeColor="text1"/>
        </w:rPr>
      </w:pPr>
      <w:r w:rsidRPr="00416DEE">
        <w:rPr>
          <w:color w:val="000000" w:themeColor="text1"/>
        </w:rPr>
        <w:t>Wrap-up checklist</w:t>
      </w:r>
    </w:p>
    <w:p w14:paraId="4891C49E" w14:textId="77777777" w:rsidR="00C46C38" w:rsidRPr="00416DEE" w:rsidRDefault="00000000">
      <w:pPr>
        <w:spacing w:after="60"/>
        <w:rPr>
          <w:color w:val="000000" w:themeColor="text1"/>
        </w:rPr>
      </w:pPr>
      <w:r w:rsidRPr="00416DEE">
        <w:rPr>
          <w:b/>
          <w:color w:val="000000" w:themeColor="text1"/>
        </w:rPr>
        <w:t xml:space="preserve">☐ </w:t>
      </w:r>
      <w:r w:rsidRPr="00416DEE">
        <w:rPr>
          <w:color w:val="000000" w:themeColor="text1"/>
        </w:rPr>
        <w:t>I can open a project folder in VS Code.</w:t>
      </w:r>
    </w:p>
    <w:p w14:paraId="1B30C97A" w14:textId="77777777" w:rsidR="00C46C38" w:rsidRPr="00416DEE" w:rsidRDefault="00000000">
      <w:pPr>
        <w:spacing w:after="60"/>
        <w:rPr>
          <w:color w:val="000000" w:themeColor="text1"/>
        </w:rPr>
      </w:pPr>
      <w:r w:rsidRPr="00416DEE">
        <w:rPr>
          <w:b/>
          <w:color w:val="000000" w:themeColor="text1"/>
        </w:rPr>
        <w:t xml:space="preserve">☐ </w:t>
      </w:r>
      <w:r w:rsidRPr="00416DEE">
        <w:rPr>
          <w:color w:val="000000" w:themeColor="text1"/>
        </w:rPr>
        <w:t>I know which Python interpreter VS Code is using.</w:t>
      </w:r>
    </w:p>
    <w:p w14:paraId="39AE0C43" w14:textId="77777777" w:rsidR="00C46C38" w:rsidRPr="00416DEE" w:rsidRDefault="00000000">
      <w:pPr>
        <w:spacing w:after="60"/>
        <w:rPr>
          <w:color w:val="000000" w:themeColor="text1"/>
        </w:rPr>
      </w:pPr>
      <w:r w:rsidRPr="00416DEE">
        <w:rPr>
          <w:b/>
          <w:color w:val="000000" w:themeColor="text1"/>
        </w:rPr>
        <w:t xml:space="preserve">☐ </w:t>
      </w:r>
      <w:r w:rsidRPr="00416DEE">
        <w:rPr>
          <w:color w:val="000000" w:themeColor="text1"/>
        </w:rPr>
        <w:t>I can run and debug a .py file.</w:t>
      </w:r>
    </w:p>
    <w:p w14:paraId="65192FFE" w14:textId="77777777" w:rsidR="00C46C38" w:rsidRPr="00416DEE" w:rsidRDefault="00000000">
      <w:pPr>
        <w:spacing w:after="60"/>
        <w:rPr>
          <w:color w:val="000000" w:themeColor="text1"/>
        </w:rPr>
      </w:pPr>
      <w:r w:rsidRPr="00416DEE">
        <w:rPr>
          <w:b/>
          <w:color w:val="000000" w:themeColor="text1"/>
        </w:rPr>
        <w:t xml:space="preserve">☐ </w:t>
      </w:r>
      <w:r w:rsidRPr="00416DEE">
        <w:rPr>
          <w:color w:val="000000" w:themeColor="text1"/>
        </w:rPr>
        <w:t>I can run a Jupyter notebook and identify its kernel.</w:t>
      </w:r>
    </w:p>
    <w:p w14:paraId="12531252" w14:textId="77777777" w:rsidR="00C46C38" w:rsidRPr="00416DEE" w:rsidRDefault="00000000">
      <w:pPr>
        <w:spacing w:after="60"/>
        <w:rPr>
          <w:color w:val="000000" w:themeColor="text1"/>
        </w:rPr>
      </w:pPr>
      <w:r w:rsidRPr="00416DEE">
        <w:rPr>
          <w:b/>
          <w:color w:val="000000" w:themeColor="text1"/>
        </w:rPr>
        <w:t xml:space="preserve">☐ </w:t>
      </w:r>
      <w:r w:rsidRPr="00416DEE">
        <w:rPr>
          <w:color w:val="000000" w:themeColor="text1"/>
        </w:rPr>
        <w:t>I can ask Claude Code to review or modify a file when access is available.</w:t>
      </w:r>
    </w:p>
    <w:p w14:paraId="17F28E9C" w14:textId="77777777" w:rsidR="00C46C38" w:rsidRPr="00416DEE" w:rsidRDefault="00000000">
      <w:pPr>
        <w:spacing w:after="60"/>
        <w:rPr>
          <w:color w:val="000000" w:themeColor="text1"/>
        </w:rPr>
      </w:pPr>
      <w:r w:rsidRPr="00416DEE">
        <w:rPr>
          <w:b/>
          <w:color w:val="000000" w:themeColor="text1"/>
        </w:rPr>
        <w:t xml:space="preserve">☐ </w:t>
      </w:r>
      <w:r w:rsidRPr="00416DEE">
        <w:rPr>
          <w:color w:val="000000" w:themeColor="text1"/>
        </w:rPr>
        <w:t>I know that AI-generated code still needs my review and testing.</w:t>
      </w:r>
    </w:p>
    <w:tbl>
      <w:tblPr>
        <w:tblW w:w="0" w:type="auto"/>
        <w:jc w:val="center"/>
        <w:tblLook w:val="04A0" w:firstRow="1" w:lastRow="0" w:firstColumn="1" w:lastColumn="0" w:noHBand="0" w:noVBand="1"/>
      </w:tblPr>
      <w:tblGrid>
        <w:gridCol w:w="10368"/>
      </w:tblGrid>
      <w:tr w:rsidR="00000000" w:rsidRPr="00416DEE" w14:paraId="37D9B3CD" w14:textId="77777777">
        <w:trPr>
          <w:cantSplit/>
          <w:jc w:val="center"/>
        </w:trPr>
        <w:tc>
          <w:tcPr>
            <w:tcW w:w="10368" w:type="dxa"/>
            <w:shd w:val="clear" w:color="auto" w:fill="EAF2F8"/>
            <w:tcMar>
              <w:top w:w="100" w:type="dxa"/>
              <w:left w:w="120" w:type="dxa"/>
              <w:bottom w:w="100" w:type="dxa"/>
              <w:right w:w="120" w:type="dxa"/>
            </w:tcMar>
          </w:tcPr>
          <w:p w14:paraId="4F55C0B3" w14:textId="77777777" w:rsidR="00C46C38" w:rsidRPr="00416DEE" w:rsidRDefault="00000000">
            <w:pPr>
              <w:spacing w:after="80"/>
              <w:rPr>
                <w:color w:val="000000" w:themeColor="text1"/>
              </w:rPr>
            </w:pPr>
            <w:r w:rsidRPr="00416DEE">
              <w:rPr>
                <w:b/>
                <w:color w:val="000000" w:themeColor="text1"/>
                <w:sz w:val="23"/>
              </w:rPr>
              <w:t>Next session</w:t>
            </w:r>
          </w:p>
          <w:p w14:paraId="27CE7E8D" w14:textId="77777777" w:rsidR="00C46C38" w:rsidRPr="00416DEE" w:rsidRDefault="00000000">
            <w:pPr>
              <w:spacing w:after="40"/>
              <w:rPr>
                <w:color w:val="000000" w:themeColor="text1"/>
              </w:rPr>
            </w:pPr>
            <w:r w:rsidRPr="00416DEE">
              <w:rPr>
                <w:color w:val="000000" w:themeColor="text1"/>
              </w:rPr>
              <w:t>We will build on this setup and move toward deeper Claude Code use and agent-oriented development workflows.</w:t>
            </w:r>
          </w:p>
        </w:tc>
      </w:tr>
    </w:tbl>
    <w:p w14:paraId="35D38B60" w14:textId="77777777" w:rsidR="00C46C38" w:rsidRPr="00416DEE" w:rsidRDefault="00C46C38">
      <w:pPr>
        <w:spacing w:after="0"/>
        <w:rPr>
          <w:color w:val="000000" w:themeColor="text1"/>
        </w:rPr>
      </w:pPr>
    </w:p>
    <w:sectPr w:rsidR="00C46C38" w:rsidRPr="00416DEE" w:rsidSect="00034616">
      <w:headerReference w:type="default" r:id="rId22"/>
      <w:footerReference w:type="default" r:id="rId2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A84A0" w14:textId="77777777" w:rsidR="0018782A" w:rsidRDefault="0018782A">
      <w:pPr>
        <w:spacing w:after="0" w:line="240" w:lineRule="auto"/>
      </w:pPr>
      <w:r>
        <w:separator/>
      </w:r>
    </w:p>
  </w:endnote>
  <w:endnote w:type="continuationSeparator" w:id="0">
    <w:p w14:paraId="738EC65A" w14:textId="77777777" w:rsidR="0018782A" w:rsidRDefault="00187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EB Garamond">
    <w:panose1 w:val="00000500000000000000"/>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A9F9" w14:textId="77777777" w:rsidR="00C46C38" w:rsidRDefault="00000000">
    <w:pPr>
      <w:pStyle w:val="Footer"/>
      <w:jc w:val="center"/>
    </w:pPr>
    <w:r>
      <w:rPr>
        <w:color w:val="787878"/>
        <w:sz w:val="16"/>
      </w:rPr>
      <w:t xml:space="preserve">Week 1 Tutorial • VS Code, </w:t>
    </w:r>
    <w:proofErr w:type="spellStart"/>
    <w:r>
      <w:rPr>
        <w:color w:val="787878"/>
        <w:sz w:val="16"/>
      </w:rPr>
      <w:t>Jupyter</w:t>
    </w:r>
    <w:proofErr w:type="spellEnd"/>
    <w:r>
      <w:rPr>
        <w:color w:val="787878"/>
        <w:sz w:val="16"/>
      </w:rPr>
      <w:t>, and Claude Code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B513C" w14:textId="77777777" w:rsidR="0018782A" w:rsidRDefault="0018782A">
      <w:pPr>
        <w:spacing w:after="0" w:line="240" w:lineRule="auto"/>
      </w:pPr>
      <w:r>
        <w:separator/>
      </w:r>
    </w:p>
  </w:footnote>
  <w:footnote w:type="continuationSeparator" w:id="0">
    <w:p w14:paraId="0BEB5FA3" w14:textId="77777777" w:rsidR="0018782A" w:rsidRDefault="001878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256F" w14:textId="77777777" w:rsidR="00C46C38" w:rsidRDefault="00000000">
    <w:pPr>
      <w:pStyle w:val="Header"/>
      <w:jc w:val="center"/>
    </w:pPr>
    <w:r>
      <w:rPr>
        <w:color w:val="646464"/>
        <w:sz w:val="16"/>
      </w:rPr>
      <w:t>NRT Hot Topics: Agentic AI,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A0A69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EE0AB9"/>
    <w:multiLevelType w:val="multilevel"/>
    <w:tmpl w:val="363ACF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3FD0435"/>
    <w:multiLevelType w:val="multilevel"/>
    <w:tmpl w:val="23E44C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341063"/>
    <w:multiLevelType w:val="multilevel"/>
    <w:tmpl w:val="9DE879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8573A6"/>
    <w:multiLevelType w:val="multilevel"/>
    <w:tmpl w:val="11DEE5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EC51542"/>
    <w:multiLevelType w:val="hybridMultilevel"/>
    <w:tmpl w:val="5E02F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170929">
    <w:abstractNumId w:val="8"/>
  </w:num>
  <w:num w:numId="2" w16cid:durableId="909577563">
    <w:abstractNumId w:val="6"/>
  </w:num>
  <w:num w:numId="3" w16cid:durableId="1076712010">
    <w:abstractNumId w:val="5"/>
  </w:num>
  <w:num w:numId="4" w16cid:durableId="628586469">
    <w:abstractNumId w:val="4"/>
  </w:num>
  <w:num w:numId="5" w16cid:durableId="1249853647">
    <w:abstractNumId w:val="7"/>
  </w:num>
  <w:num w:numId="6" w16cid:durableId="1395934961">
    <w:abstractNumId w:val="3"/>
  </w:num>
  <w:num w:numId="7" w16cid:durableId="487866822">
    <w:abstractNumId w:val="2"/>
  </w:num>
  <w:num w:numId="8" w16cid:durableId="476848437">
    <w:abstractNumId w:val="1"/>
  </w:num>
  <w:num w:numId="9" w16cid:durableId="415521199">
    <w:abstractNumId w:val="0"/>
  </w:num>
  <w:num w:numId="10" w16cid:durableId="313992291">
    <w:abstractNumId w:val="13"/>
  </w:num>
  <w:num w:numId="11" w16cid:durableId="695085544">
    <w:abstractNumId w:val="7"/>
  </w:num>
  <w:num w:numId="12" w16cid:durableId="1932659771">
    <w:abstractNumId w:val="11"/>
  </w:num>
  <w:num w:numId="13" w16cid:durableId="1520197548">
    <w:abstractNumId w:val="10"/>
  </w:num>
  <w:num w:numId="14" w16cid:durableId="391659049">
    <w:abstractNumId w:val="9"/>
  </w:num>
  <w:num w:numId="15" w16cid:durableId="5928596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F50"/>
    <w:rsid w:val="0014307E"/>
    <w:rsid w:val="0015074B"/>
    <w:rsid w:val="00154089"/>
    <w:rsid w:val="0018782A"/>
    <w:rsid w:val="0029639D"/>
    <w:rsid w:val="002C5C12"/>
    <w:rsid w:val="00326F90"/>
    <w:rsid w:val="003670C7"/>
    <w:rsid w:val="00416DEE"/>
    <w:rsid w:val="00450A46"/>
    <w:rsid w:val="00457707"/>
    <w:rsid w:val="00484CE7"/>
    <w:rsid w:val="004C0ABB"/>
    <w:rsid w:val="006E5020"/>
    <w:rsid w:val="00793489"/>
    <w:rsid w:val="0081559E"/>
    <w:rsid w:val="00886483"/>
    <w:rsid w:val="00A5289F"/>
    <w:rsid w:val="00AA1807"/>
    <w:rsid w:val="00AA1D8D"/>
    <w:rsid w:val="00AD5D81"/>
    <w:rsid w:val="00B2100B"/>
    <w:rsid w:val="00B21F8E"/>
    <w:rsid w:val="00B42095"/>
    <w:rsid w:val="00B46A21"/>
    <w:rsid w:val="00B47730"/>
    <w:rsid w:val="00B75549"/>
    <w:rsid w:val="00BC1903"/>
    <w:rsid w:val="00C34E28"/>
    <w:rsid w:val="00C440F3"/>
    <w:rsid w:val="00C46C38"/>
    <w:rsid w:val="00C50D3A"/>
    <w:rsid w:val="00C86FF1"/>
    <w:rsid w:val="00CB0664"/>
    <w:rsid w:val="00D028FE"/>
    <w:rsid w:val="00DE5A94"/>
    <w:rsid w:val="00DF1B20"/>
    <w:rsid w:val="00E05703"/>
    <w:rsid w:val="00E34F2B"/>
    <w:rsid w:val="00E76D20"/>
    <w:rsid w:val="00EA4F71"/>
    <w:rsid w:val="00F437F9"/>
    <w:rsid w:val="00FC1A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30DA63"/>
  <w14:defaultImageDpi w14:val="300"/>
  <w15:docId w15:val="{DBC1F6C3-2189-0A4C-9D97-2A2853C5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453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7D32"/>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8453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40" w:after="80"/>
    </w:pPr>
    <w:rPr>
      <w:rFonts w:ascii="Consolas" w:hAnsi="Consolas"/>
      <w:sz w:val="19"/>
    </w:rPr>
  </w:style>
  <w:style w:type="character" w:styleId="Hyperlink">
    <w:name w:val="Hyperlink"/>
    <w:basedOn w:val="DefaultParagraphFont"/>
    <w:uiPriority w:val="99"/>
    <w:unhideWhenUsed/>
    <w:rsid w:val="00E05703"/>
    <w:rPr>
      <w:color w:val="0000FF" w:themeColor="hyperlink"/>
      <w:u w:val="single"/>
    </w:rPr>
  </w:style>
  <w:style w:type="character" w:styleId="UnresolvedMention">
    <w:name w:val="Unresolved Mention"/>
    <w:basedOn w:val="DefaultParagraphFont"/>
    <w:uiPriority w:val="99"/>
    <w:semiHidden/>
    <w:unhideWhenUsed/>
    <w:rsid w:val="00E05703"/>
    <w:rPr>
      <w:color w:val="605E5C"/>
      <w:shd w:val="clear" w:color="auto" w:fill="E1DFDD"/>
    </w:rPr>
  </w:style>
  <w:style w:type="character" w:styleId="HTMLCode">
    <w:name w:val="HTML Code"/>
    <w:basedOn w:val="DefaultParagraphFont"/>
    <w:uiPriority w:val="99"/>
    <w:semiHidden/>
    <w:unhideWhenUsed/>
    <w:rsid w:val="006E5020"/>
    <w:rPr>
      <w:rFonts w:ascii="Courier New" w:eastAsia="Times New Roman" w:hAnsi="Courier New" w:cs="Courier New"/>
      <w:sz w:val="20"/>
      <w:szCs w:val="20"/>
    </w:rPr>
  </w:style>
  <w:style w:type="paragraph" w:customStyle="1" w:styleId="pdq2pgselectionanchorcontainer">
    <w:name w:val="pdq2pg_selectionanchorcontainer"/>
    <w:basedOn w:val="Normal"/>
    <w:rsid w:val="006E5020"/>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visualstudio.com/docs/python/python-tutorial"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Hou, Jie</cp:lastModifiedBy>
  <cp:revision>2</cp:revision>
  <dcterms:created xsi:type="dcterms:W3CDTF">2026-09-21T14:49:00Z</dcterms:created>
  <dcterms:modified xsi:type="dcterms:W3CDTF">2026-09-21T14:49:00Z</dcterms:modified>
  <cp:category/>
</cp:coreProperties>
</file>